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Familie Erika Musterfrau</w:t>
      </w:r>
    </w:p>
    <w:p>
      <w:r>
        <w:rPr>
          <w:b/>
        </w:rPr>
        <w:t xml:space="preserve">E-Mail Adresse: </w:t>
      </w:r>
      <w:r>
        <w:rPr>
          <w:b w:val="0"/>
        </w:rPr>
        <w:t>erika@musterfrau.at</w:t>
        <w:br/>
      </w:r>
      <w:r>
        <w:rPr>
          <w:b/>
        </w:rPr>
        <w:t xml:space="preserve">Straße: </w:t>
      </w:r>
      <w:r>
        <w:rPr>
          <w:b w:val="0"/>
        </w:rPr>
        <w:t>Musterstrasse 3a</w:t>
        <w:br/>
      </w:r>
      <w:r>
        <w:rPr>
          <w:b/>
        </w:rPr>
        <w:t xml:space="preserve">Postleitzahl: </w:t>
      </w:r>
      <w:r>
        <w:rPr>
          <w:b w:val="0"/>
        </w:rPr>
        <w:t>1234</w:t>
        <w:br/>
      </w:r>
      <w:r>
        <w:rPr>
          <w:b/>
        </w:rPr>
        <w:t xml:space="preserve">Stadt: </w:t>
      </w:r>
      <w:r>
        <w:rPr>
          <w:b w:val="0"/>
        </w:rPr>
        <w:t>Musterhausen</w:t>
        <w:br/>
      </w:r>
      <w:r>
        <w:rPr>
          <w:b/>
        </w:rPr>
        <w:t xml:space="preserve">Land: </w:t>
      </w:r>
      <w:r>
        <w:rPr>
          <w:b w:val="0"/>
        </w:rPr>
        <w:t>Österreich</w:t>
        <w:br/>
      </w:r>
    </w:p>
    <w:p>
      <w:pPr>
        <w:pStyle w:val="Heading1"/>
      </w:pPr>
      <w:r>
        <w:t>Erika Musterfrau</w:t>
      </w:r>
    </w:p>
    <w:p>
      <w:r>
        <w:rPr>
          <w:b/>
        </w:rPr>
        <w:t xml:space="preserve">Geburtsdatum: </w:t>
      </w:r>
      <w:r>
        <w:rPr>
          <w:b w:val="0"/>
        </w:rPr>
        <w:t>1980-04-15T22:00:00.000Z</w:t>
        <w:br/>
      </w:r>
      <w:r>
        <w:rPr>
          <w:b/>
        </w:rPr>
        <w:t xml:space="preserve">Rolle: </w:t>
      </w:r>
      <w:r>
        <w:rPr>
          <w:b w:val="0"/>
        </w:rPr>
        <w:t>Mutter</w:t>
        <w:br/>
      </w:r>
      <w:r>
        <w:rPr>
          <w:b/>
        </w:rPr>
        <w:t xml:space="preserve">E-Mail Adresse: </w:t>
      </w:r>
      <w:r>
        <w:rPr>
          <w:b w:val="0"/>
        </w:rPr>
        <w:t>erika@musterfrau.at</w:t>
        <w:br/>
      </w:r>
      <w:r>
        <w:rPr>
          <w:b/>
        </w:rPr>
        <w:t xml:space="preserve">Telefonnummer: </w:t>
      </w:r>
      <w:r>
        <w:rPr>
          <w:b w:val="0"/>
        </w:rPr>
        <w:t>+43 1 444 555 666</w:t>
        <w:br/>
      </w:r>
      <w:r>
        <w:rPr>
          <w:b/>
        </w:rPr>
        <w:t xml:space="preserve">Strasse: </w:t>
      </w:r>
      <w:r>
        <w:rPr>
          <w:b w:val="0"/>
        </w:rPr>
        <w:t>Musterstrasse 3a</w:t>
        <w:br/>
      </w:r>
      <w:r>
        <w:rPr>
          <w:b/>
        </w:rPr>
        <w:t xml:space="preserve">Postleitzahl: </w:t>
      </w:r>
      <w:r>
        <w:rPr>
          <w:b w:val="0"/>
        </w:rPr>
        <w:t>1234</w:t>
        <w:br/>
      </w:r>
      <w:r>
        <w:rPr>
          <w:b/>
        </w:rPr>
        <w:t xml:space="preserve">Stadt: </w:t>
      </w:r>
      <w:r>
        <w:rPr>
          <w:b w:val="0"/>
        </w:rPr>
        <w:t>Musterhausen</w:t>
        <w:br/>
      </w:r>
      <w:r>
        <w:rPr>
          <w:b/>
        </w:rPr>
        <w:t xml:space="preserve">Land: </w:t>
      </w:r>
      <w:r>
        <w:rPr>
          <w:b w:val="0"/>
        </w:rPr>
        <w:t>Österreich</w:t>
        <w:br/>
      </w:r>
      <w:r>
        <w:rPr>
          <w:b/>
        </w:rPr>
        <w:t xml:space="preserve">Geschlecht: </w:t>
      </w:r>
      <w:r>
        <w:rPr>
          <w:b w:val="0"/>
        </w:rPr>
        <w:t>Weiblich</w:t>
        <w:br/>
      </w:r>
      <w:r>
        <w:rPr>
          <w:b/>
        </w:rPr>
        <w:t xml:space="preserve">Sozialversicherungsnummer: </w:t>
      </w:r>
      <w:r>
        <w:rPr>
          <w:b w:val="0"/>
        </w:rPr>
        <w:t>4567 567890</w:t>
        <w:br/>
      </w:r>
      <w:r>
        <w:rPr>
          <w:b/>
        </w:rPr>
        <w:t xml:space="preserve">Abgeschlossen: </w:t>
      </w:r>
      <w:r>
        <w:rPr>
          <w:b w:val="0"/>
        </w:rPr>
        <w:t>Nein</w:t>
        <w:br/>
      </w:r>
      <w:r>
        <w:rPr>
          <w:b/>
        </w:rPr>
        <w:t xml:space="preserve">Datenschutzvereinbarung akzeptiert: </w:t>
      </w:r>
      <w:r>
        <w:rPr>
          <w:b w:val="0"/>
        </w:rPr>
        <w:t>Nein</w:t>
        <w:br/>
      </w:r>
      <w:r>
        <w:rPr>
          <w:b/>
        </w:rPr>
        <w:t xml:space="preserve">Diagnose: </w:t>
      </w:r>
      <w:r>
        <w:rPr>
          <w:b w:val="0"/>
        </w:rPr>
        <w:t>ICD10 F22.0 - Paranoid-halluzinatorische Psychose</w:t>
        <w:br/>
      </w:r>
      <w:r>
        <w:rPr>
          <w:b/>
        </w:rPr>
        <w:t xml:space="preserve">Wartelistenplatz: </w:t>
      </w:r>
      <w:r>
        <w:rPr>
          <w:b w:val="0"/>
        </w:rPr>
        <w:t>1</w:t>
        <w:br/>
      </w:r>
      <w:r>
        <w:rPr>
          <w:b/>
        </w:rPr>
        <w:t xml:space="preserve">Per Du: </w:t>
      </w:r>
      <w:r>
        <w:rPr>
          <w:b w:val="0"/>
        </w:rPr>
        <w:t>Nein</w:t>
        <w:br/>
      </w:r>
      <w:r>
        <w:rPr>
          <w:b/>
        </w:rPr>
        <w:t xml:space="preserve">SMS für Terminerinnerungen: </w:t>
      </w:r>
      <w:r>
        <w:rPr>
          <w:b w:val="0"/>
        </w:rPr>
        <w:t>Nein</w:t>
        <w:br/>
      </w:r>
      <w:r>
        <w:rPr>
          <w:b/>
        </w:rPr>
        <w:t xml:space="preserve">Immer Videositzungen: </w:t>
      </w:r>
      <w:r>
        <w:rPr>
          <w:b w:val="0"/>
        </w:rPr>
        <w:t>Nein</w:t>
        <w:br/>
      </w:r>
    </w:p>
    <w:p>
      <w:pPr>
        <w:pStyle w:val="Heading1"/>
      </w:pPr>
      <w:r>
        <w:t>Andrea Musterfrau</w:t>
      </w:r>
    </w:p>
    <w:p>
      <w:r>
        <w:rPr>
          <w:b/>
        </w:rPr>
        <w:t xml:space="preserve">Geburtsdatum: </w:t>
      </w:r>
      <w:r>
        <w:rPr>
          <w:b w:val="0"/>
        </w:rPr>
        <w:t>2011-05-15T22:00:00.000Z</w:t>
        <w:br/>
      </w:r>
      <w:r>
        <w:rPr>
          <w:b/>
        </w:rPr>
        <w:t xml:space="preserve">Rolle: </w:t>
      </w:r>
      <w:r>
        <w:rPr>
          <w:b w:val="0"/>
        </w:rPr>
        <w:t>Kind</w:t>
        <w:br/>
      </w:r>
      <w:r>
        <w:rPr>
          <w:b/>
        </w:rPr>
        <w:t xml:space="preserve">E-Mail Adresse: </w:t>
      </w:r>
      <w:r>
        <w:rPr>
          <w:b w:val="0"/>
        </w:rPr>
        <w:t>andrea@musterfrau.at</w:t>
        <w:br/>
      </w:r>
      <w:r>
        <w:rPr>
          <w:b/>
        </w:rPr>
        <w:t xml:space="preserve">Strasse: </w:t>
      </w:r>
      <w:r>
        <w:rPr>
          <w:b w:val="0"/>
        </w:rPr>
        <w:t>Musterstrasse 3a</w:t>
        <w:br/>
      </w:r>
      <w:r>
        <w:rPr>
          <w:b/>
        </w:rPr>
        <w:t xml:space="preserve">Postleitzahl: </w:t>
      </w:r>
      <w:r>
        <w:rPr>
          <w:b w:val="0"/>
        </w:rPr>
        <w:t>1234</w:t>
        <w:br/>
      </w:r>
      <w:r>
        <w:rPr>
          <w:b/>
        </w:rPr>
        <w:t xml:space="preserve">Stadt: </w:t>
      </w:r>
      <w:r>
        <w:rPr>
          <w:b w:val="0"/>
        </w:rPr>
        <w:t>Musterhausen</w:t>
        <w:br/>
      </w:r>
      <w:r>
        <w:rPr>
          <w:b/>
        </w:rPr>
        <w:t xml:space="preserve">Land: </w:t>
      </w:r>
      <w:r>
        <w:rPr>
          <w:b w:val="0"/>
        </w:rPr>
        <w:t>Österreich</w:t>
        <w:br/>
      </w:r>
      <w:r>
        <w:rPr>
          <w:b/>
        </w:rPr>
        <w:t xml:space="preserve">Geschlecht: </w:t>
      </w:r>
      <w:r>
        <w:rPr>
          <w:b w:val="0"/>
        </w:rPr>
        <w:t>Weiblich</w:t>
        <w:br/>
      </w:r>
      <w:r>
        <w:rPr>
          <w:b/>
        </w:rPr>
        <w:t xml:space="preserve">Sozialversicherungsnummer: </w:t>
      </w:r>
      <w:r>
        <w:rPr>
          <w:b w:val="0"/>
        </w:rPr>
        <w:t>4567 567890</w:t>
        <w:br/>
      </w:r>
      <w:r>
        <w:rPr>
          <w:b/>
        </w:rPr>
        <w:t xml:space="preserve">Abgeschlossen: </w:t>
      </w:r>
      <w:r>
        <w:rPr>
          <w:b w:val="0"/>
        </w:rPr>
        <w:t>Nein</w:t>
        <w:br/>
      </w:r>
      <w:r>
        <w:rPr>
          <w:b/>
        </w:rPr>
        <w:t xml:space="preserve">Datenschutzvereinbarung akzeptiert: </w:t>
      </w:r>
      <w:r>
        <w:rPr>
          <w:b w:val="0"/>
        </w:rPr>
        <w:t>Nein</w:t>
        <w:br/>
      </w:r>
      <w:r>
        <w:rPr>
          <w:b/>
        </w:rPr>
        <w:t xml:space="preserve">Wartelistenplatz: </w:t>
      </w:r>
      <w:r>
        <w:rPr>
          <w:b w:val="0"/>
        </w:rPr>
        <w:t>2</w:t>
        <w:br/>
      </w:r>
      <w:r>
        <w:rPr>
          <w:b/>
        </w:rPr>
        <w:t xml:space="preserve">Schuljahr: </w:t>
      </w:r>
      <w:r>
        <w:rPr>
          <w:b w:val="0"/>
        </w:rPr>
        <w:t>2025/2026</w:t>
        <w:br/>
      </w:r>
      <w:r>
        <w:rPr>
          <w:b/>
        </w:rPr>
        <w:t xml:space="preserve">Klassenwiederholungen: </w:t>
      </w:r>
      <w:r>
        <w:rPr>
          <w:b w:val="0"/>
        </w:rPr>
        <w:t>0</w:t>
        <w:br/>
      </w:r>
      <w:r>
        <w:rPr>
          <w:b/>
        </w:rPr>
        <w:t xml:space="preserve">Vorschule: </w:t>
      </w:r>
      <w:r>
        <w:rPr>
          <w:b w:val="0"/>
        </w:rPr>
        <w:t>Nein</w:t>
        <w:br/>
      </w:r>
      <w:r>
        <w:rPr>
          <w:b/>
        </w:rPr>
        <w:t xml:space="preserve">Per Du: </w:t>
      </w:r>
      <w:r>
        <w:rPr>
          <w:b w:val="0"/>
        </w:rPr>
        <w:t>Nein</w:t>
        <w:br/>
      </w:r>
      <w:r>
        <w:rPr>
          <w:b/>
        </w:rPr>
        <w:t xml:space="preserve">SMS für Terminerinnerungen: </w:t>
      </w:r>
      <w:r>
        <w:rPr>
          <w:b w:val="0"/>
        </w:rPr>
        <w:t>Nein</w:t>
        <w:br/>
      </w:r>
      <w:r>
        <w:rPr>
          <w:b/>
        </w:rPr>
        <w:t xml:space="preserve">Immer Videositzungen: </w:t>
      </w:r>
      <w:r>
        <w:rPr>
          <w:b w:val="0"/>
        </w:rPr>
        <w:t>Nein</w:t>
        <w:br/>
      </w:r>
    </w:p>
    <w:p>
      <w:pPr>
        <w:pStyle w:val="Heading1"/>
      </w:pPr>
      <w:r>
        <w:t>Sitzungen</w:t>
      </w:r>
    </w:p>
    <w:p>
      <w:pPr>
        <w:pStyle w:val="Heading2"/>
      </w:pPr>
      <w:r>
        <w:t>Telefonat am 22.02.2026</w:t>
      </w:r>
    </w:p>
    <w:p>
      <w:r>
        <w:rPr>
          <w:b/>
        </w:rPr>
        <w:t xml:space="preserve">Sitzungstyp: </w:t>
      </w:r>
      <w:r>
        <w:rPr>
          <w:b w:val="0"/>
        </w:rPr>
        <w:t>Telefonat</w:t>
        <w:br/>
      </w:r>
      <w:r>
        <w:rPr>
          <w:b/>
        </w:rPr>
        <w:t xml:space="preserve">Sitzung ist Kostenfrei: </w:t>
      </w:r>
      <w:r>
        <w:rPr>
          <w:b w:val="0"/>
        </w:rPr>
        <w:t>True</w:t>
        <w:br/>
      </w:r>
      <w:r>
        <w:rPr>
          <w:b/>
        </w:rPr>
        <w:t xml:space="preserve">Diagnose: </w:t>
      </w:r>
      <w:r>
        <w:rPr>
          <w:b w:val="0"/>
        </w:rPr>
        <w:t>ICD10 F22.0 - Paranoid-halluzinatorische Psychose</w:t>
        <w:br/>
      </w:r>
      <w:r>
        <w:rPr>
          <w:b/>
        </w:rPr>
        <w:t xml:space="preserve">Sitzungspreis: </w:t>
      </w:r>
      <w:r>
        <w:rPr>
          <w:b w:val="0"/>
        </w:rPr>
        <w:t>0.0</w:t>
        <w:br/>
      </w:r>
      <w:r>
        <w:rPr>
          <w:b/>
        </w:rPr>
        <w:t xml:space="preserve">Dauer: </w:t>
      </w:r>
      <w:r>
        <w:rPr>
          <w:b w:val="0"/>
        </w:rPr>
        <w:t xml:space="preserve"> 15min</w:t>
        <w:br/>
      </w:r>
      <w:r>
        <w:rPr>
          <w:b/>
          <w:u w:val="double"/>
        </w:rPr>
        <w:t>Preis: 0.0 €</w:t>
      </w:r>
    </w:p>
    <w:p>
      <w:pPr>
        <w:pStyle w:val="Heading2"/>
      </w:pPr>
      <w:r>
        <w:t>Einzelbehandlung am 22.02.2026</w:t>
      </w:r>
    </w:p>
    <w:p>
      <w:r>
        <w:rPr>
          <w:b/>
        </w:rPr>
        <w:t xml:space="preserve">Sitzungstyp: </w:t>
      </w:r>
      <w:r>
        <w:rPr>
          <w:b w:val="0"/>
        </w:rPr>
        <w:t>Einzelbehandlung</w:t>
        <w:br/>
      </w:r>
      <w:r>
        <w:rPr>
          <w:b/>
        </w:rPr>
        <w:t xml:space="preserve">Protokoll: </w:t>
      </w:r>
      <w:r>
        <w:rPr>
          <w:b w:val="0"/>
        </w:rPr>
        <w:t>Fokus auf Ressourcenaktivierung. Patientin berichtet von positiven Erlebnissen in der vergangenen Woche. Erarbeitung von weiteren stabilis</w:t>
        <w:br/>
        <w:br/>
      </w:r>
      <w:r>
        <w:rPr>
          <w:b/>
        </w:rPr>
        <w:t xml:space="preserve">Zusatzbeschreibung: </w:t>
      </w:r>
      <w:r>
        <w:rPr>
          <w:b w:val="0"/>
        </w:rPr>
        <w:t>nach Anamnese und Exploration</w:t>
        <w:br/>
      </w:r>
      <w:r>
        <w:rPr>
          <w:b/>
        </w:rPr>
        <w:t xml:space="preserve">Sitzung ist Kostenfrei: </w:t>
      </w:r>
      <w:r>
        <w:rPr>
          <w:b w:val="0"/>
        </w:rPr>
        <w:t>False</w:t>
        <w:br/>
      </w:r>
      <w:r>
        <w:rPr>
          <w:b/>
        </w:rPr>
        <w:t xml:space="preserve">Diagnose: </w:t>
      </w:r>
      <w:r>
        <w:rPr>
          <w:b w:val="0"/>
        </w:rPr>
        <w:t>ICD10 F22.0 - Paranoid-halluzinatorische Psychose</w:t>
        <w:br/>
      </w:r>
      <w:r>
        <w:rPr>
          <w:b/>
        </w:rPr>
        <w:t xml:space="preserve">Sitzungspreis: </w:t>
      </w:r>
      <w:r>
        <w:rPr>
          <w:b w:val="0"/>
        </w:rPr>
        <w:t>100.0</w:t>
        <w:br/>
      </w:r>
      <w:r>
        <w:rPr>
          <w:b/>
        </w:rPr>
        <w:t xml:space="preserve">Anzahl der Einheiten: </w:t>
      </w:r>
      <w:r>
        <w:rPr>
          <w:b w:val="0"/>
        </w:rPr>
        <w:t>1.5</w:t>
        <w:br/>
      </w:r>
      <w:r>
        <w:rPr>
          <w:b/>
          <w:u w:val="double"/>
        </w:rPr>
        <w:t>Preis: 150.0 €</w:t>
      </w:r>
    </w:p>
    <w:p>
      <w:pPr>
        <w:pStyle w:val="Heading2"/>
      </w:pPr>
      <w:r>
        <w:t>Psychologische Diagnostik am 22.02.2026</w:t>
      </w:r>
    </w:p>
    <w:p>
      <w:r>
        <w:rPr>
          <w:b/>
        </w:rPr>
        <w:t xml:space="preserve">Sitzungstyp: </w:t>
      </w:r>
      <w:r>
        <w:rPr>
          <w:b w:val="0"/>
        </w:rPr>
        <w:t>Psychologische Diagnostik</w:t>
        <w:br/>
      </w:r>
      <w:r>
        <w:rPr>
          <w:b/>
        </w:rPr>
        <w:t xml:space="preserve">Protokoll: </w:t>
      </w:r>
      <w:r>
        <w:rPr>
          <w:b w:val="0"/>
        </w:rPr>
        <w:t>Durchführung der geplanten Leistungsdiagnostik. Patientin arbeitet konzentriert und motiviert mit. Keine Anzeichen von</w:t>
        <w:br/>
        <w:br/>
      </w:r>
      <w:r>
        <w:rPr>
          <w:b/>
        </w:rPr>
        <w:t xml:space="preserve">Sitzung ist Kostenfrei: </w:t>
      </w:r>
      <w:r>
        <w:rPr>
          <w:b w:val="0"/>
        </w:rPr>
        <w:t>False</w:t>
        <w:br/>
      </w:r>
      <w:r>
        <w:rPr>
          <w:b/>
        </w:rPr>
        <w:t xml:space="preserve">Diagnose: </w:t>
      </w:r>
      <w:r>
        <w:rPr>
          <w:b w:val="0"/>
        </w:rPr>
        <w:t>ICD10 F22.0 - Paranoid-halluzinatorische Psychose</w:t>
        <w:br/>
      </w:r>
      <w:r>
        <w:rPr>
          <w:b/>
        </w:rPr>
        <w:t xml:space="preserve">Sitzungspreis: </w:t>
      </w:r>
      <w:r>
        <w:rPr>
          <w:b w:val="0"/>
        </w:rPr>
        <w:t>90.0</w:t>
        <w:br/>
      </w:r>
      <w:r>
        <w:rPr>
          <w:b/>
        </w:rPr>
        <w:t xml:space="preserve">Dauer: </w:t>
      </w:r>
      <w:r>
        <w:rPr>
          <w:b w:val="0"/>
        </w:rPr>
        <w:t>3h</w:t>
        <w:br/>
      </w:r>
      <w:r>
        <w:rPr>
          <w:b/>
          <w:u w:val="double"/>
        </w:rPr>
        <w:t>Preis: 324.0 €</w:t>
      </w:r>
    </w:p>
    <w:p>
      <w:pPr>
        <w:pStyle w:val="Heading2"/>
      </w:pPr>
      <w:r>
        <w:t>Psychologische Diagnostik am 15.02.2026</w:t>
      </w:r>
    </w:p>
    <w:p>
      <w:r>
        <w:rPr>
          <w:b/>
        </w:rPr>
        <w:t xml:space="preserve">Sitzungstyp: </w:t>
      </w:r>
      <w:r>
        <w:rPr>
          <w:b w:val="0"/>
        </w:rPr>
        <w:t>Psychologische Diagnostik</w:t>
        <w:br/>
      </w:r>
      <w:r>
        <w:rPr>
          <w:b/>
        </w:rPr>
        <w:t xml:space="preserve">Protokoll: </w:t>
      </w:r>
      <w:r>
        <w:rPr>
          <w:b w:val="0"/>
        </w:rPr>
        <w:t>Ausführliche Besprechung der Testergebnisse mit der Mutter. Erklärung der Stärken und Schwächen im Leistungsprofil. Empfehlung zur weiteren Förderung im Bereich der auditiven Merkfähigkeit. Mutter zeigt sich erleichtert über die Klärung.</w:t>
        <w:br/>
        <w:br/>
      </w:r>
      <w:r>
        <w:rPr>
          <w:b/>
        </w:rPr>
        <w:t xml:space="preserve">Sitzung ist Kostenfrei: </w:t>
      </w:r>
      <w:r>
        <w:rPr>
          <w:b w:val="0"/>
        </w:rPr>
        <w:t>False</w:t>
        <w:br/>
      </w:r>
      <w:r>
        <w:rPr>
          <w:b/>
        </w:rPr>
        <w:t xml:space="preserve">Diagnose: </w:t>
      </w:r>
      <w:r>
        <w:rPr>
          <w:b w:val="0"/>
        </w:rPr>
        <w:t>ICD10 F22.0 - Paranoid-halluzinatorische Psychose</w:t>
        <w:br/>
      </w:r>
      <w:r>
        <w:rPr>
          <w:b/>
        </w:rPr>
        <w:t xml:space="preserve">Sitzungspreis: </w:t>
      </w:r>
      <w:r>
        <w:rPr>
          <w:b w:val="0"/>
        </w:rPr>
        <w:t>90.0</w:t>
        <w:br/>
      </w:r>
      <w:r>
        <w:rPr>
          <w:b/>
        </w:rPr>
        <w:t xml:space="preserve">Dauer: </w:t>
      </w:r>
      <w:r>
        <w:rPr>
          <w:b w:val="0"/>
        </w:rPr>
        <w:t>1h</w:t>
        <w:br/>
      </w:r>
      <w:r>
        <w:rPr>
          <w:b/>
          <w:u w:val="double"/>
        </w:rPr>
        <w:t>Preis: 108.0 €</w:t>
      </w:r>
    </w:p>
    <w:p>
      <w:pPr>
        <w:pStyle w:val="Heading3"/>
      </w:pPr>
      <w:r>
        <w:t>Testverfahren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Art des Verfahrens</w:t>
            </w:r>
          </w:p>
        </w:tc>
        <w:tc>
          <w:tcPr>
            <w:tcW w:type="dxa" w:w="2880"/>
          </w:tcPr>
          <w:p>
            <w:r>
              <w:rPr>
                <w:b/>
              </w:rPr>
              <w:t>Kurzname des Verfahrens</w:t>
            </w:r>
          </w:p>
        </w:tc>
        <w:tc>
          <w:tcPr>
            <w:tcW w:type="dxa" w:w="2880"/>
          </w:tcPr>
          <w:p>
            <w:r>
              <w:rPr>
                <w:b/>
              </w:rPr>
              <w:t>Beschreibung des Verfahrens</w:t>
            </w:r>
          </w:p>
        </w:tc>
      </w:tr>
      <w:tr>
        <w:tc>
          <w:tcPr>
            <w:tcW w:type="dxa" w:w="2880"/>
          </w:tcPr>
          <w:p>
            <w:r>
              <w:t>Befundbesprechung (60 min)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Mutter</w:t>
            </w:r>
          </w:p>
        </w:tc>
      </w:tr>
    </w:tbl>
    <w:p>
      <w:pPr>
        <w:pStyle w:val="Heading2"/>
      </w:pPr>
      <w:r>
        <w:t>Psychologische Behandlung am 08.02.2026</w:t>
      </w:r>
    </w:p>
    <w:p>
      <w:r>
        <w:rPr>
          <w:b/>
        </w:rPr>
        <w:t xml:space="preserve">Sitzungstyp: </w:t>
      </w:r>
      <w:r>
        <w:rPr>
          <w:b w:val="0"/>
        </w:rPr>
        <w:t>Psychologische Behandlung</w:t>
        <w:br/>
      </w:r>
      <w:r>
        <w:rPr>
          <w:b/>
        </w:rPr>
        <w:t xml:space="preserve">Protokoll: </w:t>
      </w:r>
      <w:r>
        <w:rPr>
          <w:b w:val="0"/>
        </w:rPr>
        <w:t>Elterngespräch bezüglich der schulischen Entwicklung. Eltern berichten von Konzentrationsschwierigkeiten bei den Hausaufgaben. Gemeinsame Erarbeitung von Strategien zur Strukturierung des Lernumfelds. Eltern wirken engagiert aber belastet.</w:t>
        <w:br/>
        <w:br/>
      </w:r>
      <w:r>
        <w:rPr>
          <w:b/>
        </w:rPr>
        <w:t xml:space="preserve">Zusatzbeschreibung: </w:t>
      </w:r>
      <w:r>
        <w:rPr>
          <w:b w:val="0"/>
        </w:rPr>
        <w:t>(Elterngespräch)</w:t>
        <w:br/>
      </w:r>
      <w:r>
        <w:rPr>
          <w:b/>
        </w:rPr>
        <w:t xml:space="preserve">Sitzung ist Kostenfrei: </w:t>
      </w:r>
      <w:r>
        <w:rPr>
          <w:b w:val="0"/>
        </w:rPr>
        <w:t>False</w:t>
        <w:br/>
      </w:r>
      <w:r>
        <w:rPr>
          <w:b/>
        </w:rPr>
        <w:t xml:space="preserve">Diagnose: </w:t>
      </w:r>
      <w:r>
        <w:rPr>
          <w:b w:val="0"/>
        </w:rPr>
        <w:t>ICD10 F22.0 - Paranoid-halluzinatorische Psychose</w:t>
        <w:br/>
      </w:r>
      <w:r>
        <w:rPr>
          <w:b/>
        </w:rPr>
        <w:t xml:space="preserve">Sitzungspreis: </w:t>
      </w:r>
      <w:r>
        <w:rPr>
          <w:b w:val="0"/>
        </w:rPr>
        <w:t>100.0</w:t>
        <w:br/>
      </w:r>
      <w:r>
        <w:rPr>
          <w:b/>
        </w:rPr>
        <w:t xml:space="preserve">Dauer: </w:t>
      </w:r>
      <w:r>
        <w:rPr>
          <w:b w:val="0"/>
        </w:rPr>
        <w:t>1h 20min</w:t>
        <w:br/>
      </w:r>
      <w:r>
        <w:rPr>
          <w:b/>
          <w:u w:val="double"/>
        </w:rPr>
        <w:t>Preis: 160.0 €</w:t>
      </w:r>
    </w:p>
    <w:p>
      <w:pPr>
        <w:pStyle w:val="Heading3"/>
      </w:pPr>
      <w:r>
        <w:t>Testverfahren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Art des Verfahrens</w:t>
            </w:r>
          </w:p>
        </w:tc>
        <w:tc>
          <w:tcPr>
            <w:tcW w:type="dxa" w:w="2880"/>
          </w:tcPr>
          <w:p>
            <w:r>
              <w:rPr>
                <w:b/>
              </w:rPr>
              <w:t>Kurzname des Verfahrens</w:t>
            </w:r>
          </w:p>
        </w:tc>
        <w:tc>
          <w:tcPr>
            <w:tcW w:type="dxa" w:w="2880"/>
          </w:tcPr>
          <w:p>
            <w:r>
              <w:rPr>
                <w:b/>
              </w:rPr>
              <w:t>Beschreibung des Verfahrens</w:t>
            </w:r>
          </w:p>
        </w:tc>
      </w:tr>
      <w:tr>
        <w:tc>
          <w:tcPr>
            <w:tcW w:type="dxa" w:w="2880"/>
          </w:tcPr>
          <w:p>
            <w:r>
              <w:t>Fragebogen Kurztest</w:t>
            </w:r>
          </w:p>
        </w:tc>
        <w:tc>
          <w:tcPr>
            <w:tcW w:type="dxa" w:w="2880"/>
          </w:tcPr>
          <w:p>
            <w:r>
              <w:t>SDQ Eltern</w:t>
            </w:r>
          </w:p>
        </w:tc>
        <w:tc>
          <w:tcPr>
            <w:tcW w:type="dxa" w:w="2880"/>
          </w:tcPr>
          <w:p>
            <w:r>
              <w:t>Fragebogen über Stärken und Schwächen</w:t>
            </w:r>
          </w:p>
        </w:tc>
      </w:tr>
      <w:tr>
        <w:tc>
          <w:tcPr>
            <w:tcW w:type="dxa" w:w="2880"/>
          </w:tcPr>
          <w:p>
            <w:r>
              <w:t>Fragebogen Kurztest</w:t>
            </w:r>
          </w:p>
        </w:tc>
        <w:tc>
          <w:tcPr>
            <w:tcW w:type="dxa" w:w="2880"/>
          </w:tcPr>
          <w:p>
            <w:r>
              <w:t>SDQ Lehrer</w:t>
            </w:r>
          </w:p>
        </w:tc>
        <w:tc>
          <w:tcPr>
            <w:tcW w:type="dxa" w:w="2880"/>
          </w:tcPr>
          <w:p>
            <w:r>
              <w:t>Fragebogen über Stärken und Schwächen</w:t>
            </w:r>
          </w:p>
        </w:tc>
      </w:tr>
      <w:tr>
        <w:tc>
          <w:tcPr>
            <w:tcW w:type="dxa" w:w="2880"/>
          </w:tcPr>
          <w:p>
            <w:r>
              <w:t>Fragebogen Kurztest</w:t>
            </w:r>
          </w:p>
        </w:tc>
        <w:tc>
          <w:tcPr>
            <w:tcW w:type="dxa" w:w="2880"/>
          </w:tcPr>
          <w:p>
            <w:r>
              <w:t>DISYPS – III (FBB-ADHS) Eltern</w:t>
            </w:r>
          </w:p>
        </w:tc>
        <w:tc>
          <w:tcPr>
            <w:tcW w:type="dxa" w:w="2880"/>
          </w:tcPr>
          <w:p>
            <w:r>
              <w:t>Diagnostik-System für psychische Störungen nach ICD-10 und DSM-5 für Kinder und Jugendliche – III (Bereich: Aufmerksamkeit)</w:t>
            </w:r>
          </w:p>
        </w:tc>
      </w:tr>
    </w:tbl>
    <w:p>
      <w:pPr>
        <w:pStyle w:val="Heading2"/>
      </w:pPr>
      <w:r>
        <w:t>Anamnesegespräch am 01.02.2026</w:t>
      </w:r>
    </w:p>
    <w:p>
      <w:r>
        <w:rPr>
          <w:b/>
        </w:rPr>
        <w:t xml:space="preserve">Sitzungstyp: </w:t>
      </w:r>
      <w:r>
        <w:rPr>
          <w:b w:val="0"/>
        </w:rPr>
        <w:t>Anamnesegespräch</w:t>
        <w:br/>
      </w:r>
      <w:r>
        <w:rPr>
          <w:b/>
        </w:rPr>
        <w:t xml:space="preserve">Protokoll: </w:t>
      </w:r>
      <w:r>
        <w:rPr>
          <w:b w:val="0"/>
        </w:rPr>
        <w:t>Patientin erscheint pünktlich und gepflegt. Orientierung zu allen Qualitäten gegeben. Stimmung ausgeglichen, Affekt schwingungsfähig. Im Gespräch zugewandt und kooperativ. Keine Hinweise auf akute Suizidalität oder Fremdgefährdung. Anamneseerhebung unauffällig.</w:t>
        <w:br/>
        <w:br/>
      </w:r>
      <w:r>
        <w:rPr>
          <w:b/>
        </w:rPr>
        <w:t xml:space="preserve">Sitzung ist Kostenfrei: </w:t>
      </w:r>
      <w:r>
        <w:rPr>
          <w:b w:val="0"/>
        </w:rPr>
        <w:t>False</w:t>
        <w:br/>
      </w:r>
      <w:r>
        <w:rPr>
          <w:b/>
        </w:rPr>
        <w:t xml:space="preserve">Diagnose: </w:t>
      </w:r>
      <w:r>
        <w:rPr>
          <w:b w:val="0"/>
        </w:rPr>
        <w:t>ICD10 F22.0 - Paranoid-halluzinatorische Psychose</w:t>
        <w:br/>
      </w:r>
      <w:r>
        <w:rPr>
          <w:b/>
        </w:rPr>
        <w:t xml:space="preserve">Sitzungspreis: </w:t>
      </w:r>
      <w:r>
        <w:rPr>
          <w:b w:val="0"/>
        </w:rPr>
        <w:t>100.0</w:t>
        <w:br/>
      </w:r>
      <w:r>
        <w:rPr>
          <w:b/>
        </w:rPr>
        <w:t xml:space="preserve">Dauer: </w:t>
      </w:r>
      <w:r>
        <w:rPr>
          <w:b w:val="0"/>
        </w:rPr>
        <w:t xml:space="preserve"> 50min</w:t>
        <w:br/>
      </w:r>
      <w:r>
        <w:rPr>
          <w:b/>
          <w:u w:val="double"/>
        </w:rPr>
        <w:t>Preis: 100.0 €</w:t>
      </w:r>
    </w:p>
    <w:p>
      <w:pPr>
        <w:pStyle w:val="Heading3"/>
      </w:pPr>
      <w:r>
        <w:t>Testverfahren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Art des Verfahrens</w:t>
            </w:r>
          </w:p>
        </w:tc>
        <w:tc>
          <w:tcPr>
            <w:tcW w:type="dxa" w:w="2880"/>
          </w:tcPr>
          <w:p>
            <w:r>
              <w:rPr>
                <w:b/>
              </w:rPr>
              <w:t>Kurzname des Verfahrens</w:t>
            </w:r>
          </w:p>
        </w:tc>
        <w:tc>
          <w:tcPr>
            <w:tcW w:type="dxa" w:w="2880"/>
          </w:tcPr>
          <w:p>
            <w:r>
              <w:rPr>
                <w:b/>
              </w:rPr>
              <w:t>Beschreibung des Verfahrens</w:t>
            </w:r>
          </w:p>
        </w:tc>
      </w:tr>
      <w:tr>
        <w:tc>
          <w:tcPr>
            <w:tcW w:type="dxa" w:w="2880"/>
          </w:tcPr>
          <w:p>
            <w:r>
              <w:t>Anamnese &amp; Exploration (60 min)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Mutter &amp; Kind</w:t>
            </w:r>
          </w:p>
        </w:tc>
      </w:tr>
      <w:tr>
        <w:tc>
          <w:tcPr>
            <w:tcW w:type="dxa" w:w="2880"/>
          </w:tcPr>
          <w:p>
            <w:r>
              <w:t>Intelligenz-/Entwicklungstest Langtest 90 min Zuschlag Schulkind</w:t>
            </w:r>
          </w:p>
        </w:tc>
        <w:tc>
          <w:tcPr>
            <w:tcW w:type="dxa" w:w="2880"/>
          </w:tcPr>
          <w:p>
            <w:r>
              <w:t>AID 3</w:t>
            </w:r>
          </w:p>
        </w:tc>
        <w:tc>
          <w:tcPr>
            <w:tcW w:type="dxa" w:w="2880"/>
          </w:tcPr>
          <w:p>
            <w:r>
              <w:t>Adaptives Intelligenz Diagnostikum 3</w:t>
            </w:r>
          </w:p>
        </w:tc>
      </w:tr>
      <w:tr>
        <w:tc>
          <w:tcPr>
            <w:tcW w:type="dxa" w:w="2880"/>
          </w:tcPr>
          <w:p>
            <w:r>
              <w:t>Leistungstest Langtest</w:t>
            </w:r>
          </w:p>
        </w:tc>
        <w:tc>
          <w:tcPr>
            <w:tcW w:type="dxa" w:w="2880"/>
          </w:tcPr>
          <w:p>
            <w:r>
              <w:t>MEDS-2/3</w:t>
            </w:r>
          </w:p>
        </w:tc>
        <w:tc>
          <w:tcPr>
            <w:tcW w:type="dxa" w:w="2880"/>
          </w:tcPr>
          <w:p>
            <w:r>
              <w:t xml:space="preserve">MEDS-2/3 Münchener entwicklungsdiagnostisches Screening für das 2. und 3. Lebensjahr </w:t>
            </w:r>
          </w:p>
        </w:tc>
      </w:tr>
    </w:tbl>
    <w:p>
      <w:pPr>
        <w:pStyle w:val="Heading1"/>
      </w:pPr>
      <w:r>
        <w:t>Rechnungen</w:t>
      </w:r>
    </w:p>
    <w:p>
      <w:pPr>
        <w:pStyle w:val="Heading2"/>
      </w:pPr>
      <w:r>
        <w:t>Rechnung 17 am 2026-11-30T23:00:00.000Z</w:t>
      </w:r>
    </w:p>
    <w:p>
      <w:r>
        <w:rPr>
          <w:b/>
        </w:rPr>
        <w:t xml:space="preserve">Adresse der PatientIn: </w:t>
      </w:r>
      <w:r>
        <w:rPr>
          <w:b w:val="0"/>
        </w:rPr>
        <w:t>Erika Musterfrau</w:t>
        <w:br/>
        <w:t>Musterstrasse 3a</w:t>
        <w:br/>
        <w:t>1234 Musterhausen</w:t>
        <w:br/>
      </w:r>
      <w:r>
        <w:rPr>
          <w:b/>
        </w:rPr>
        <w:t xml:space="preserve">Rechnungstext: </w:t>
      </w:r>
      <w:r>
        <w:rPr>
          <w:b w:val="0"/>
        </w:rPr>
        <w:t>Diese Leistung ist gemäß § 6 Abs. 1 Z 19 UStG steuerbefreit.</w:t>
        <w:br/>
      </w:r>
      <w:r>
        <w:rPr>
          <w:b/>
        </w:rPr>
        <w:t xml:space="preserve">Bezahlt: </w:t>
      </w:r>
      <w:r>
        <w:rPr>
          <w:b w:val="0"/>
        </w:rPr>
        <w:t>True</w:t>
        <w:br/>
      </w:r>
      <w:r>
        <w:rPr>
          <w:b/>
        </w:rPr>
        <w:t xml:space="preserve">Interner Kommentar: </w:t>
      </w:r>
      <w:r>
        <w:rPr>
          <w:b w:val="0"/>
        </w:rPr>
        <w:t>False</w:t>
        <w:br/>
      </w:r>
      <w:r>
        <w:rPr>
          <w:b/>
        </w:rPr>
        <w:t xml:space="preserve">Rechnungsjahr: </w:t>
      </w:r>
      <w:r>
        <w:rPr>
          <w:b w:val="0"/>
        </w:rPr>
        <w:t>2026</w:t>
        <w:br/>
      </w:r>
      <w:r>
        <w:rPr>
          <w:b/>
        </w:rPr>
        <w:t xml:space="preserve">Diagnose: </w:t>
      </w:r>
      <w:r>
        <w:rPr>
          <w:b w:val="0"/>
        </w:rPr>
        <w:t>ICD10 F22.0 - Paranoid-halluzinatorische Psychose</w:t>
        <w:br/>
      </w:r>
      <w:r>
        <w:rPr>
          <w:b/>
        </w:rPr>
        <w:t xml:space="preserve">Geburtstag der PatientIn: </w:t>
      </w:r>
      <w:r>
        <w:rPr>
          <w:b w:val="0"/>
        </w:rPr>
        <w:t>16.04.1980</w:t>
        <w:br/>
      </w:r>
      <w:r>
        <w:rPr>
          <w:b/>
        </w:rPr>
        <w:t xml:space="preserve">Sozialversicherungsnummer der PatientIn: </w:t>
      </w:r>
      <w:r>
        <w:rPr>
          <w:b w:val="0"/>
        </w:rPr>
        <w:t>4567 567890</w:t>
        <w:br/>
      </w:r>
      <w:r>
        <w:rPr>
          <w:b/>
        </w:rPr>
        <w:t xml:space="preserve">Datum der Zahlung: </w:t>
      </w:r>
      <w:r>
        <w:rPr>
          <w:b w:val="0"/>
        </w:rPr>
        <w:t>2026-02-22T17:59:07.151Z</w:t>
        <w:br/>
      </w:r>
      <w:r>
        <w:rPr>
          <w:b/>
        </w:rPr>
        <w:t xml:space="preserve">Sitzungen: 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Datum</w:t>
            </w:r>
          </w:p>
        </w:tc>
        <w:tc>
          <w:tcPr>
            <w:tcW w:type="dxa" w:w="2880"/>
          </w:tcPr>
          <w:p>
            <w:r>
              <w:rPr>
                <w:b/>
              </w:rPr>
              <w:t>Leistung</w:t>
            </w:r>
          </w:p>
        </w:tc>
        <w:tc>
          <w:tcPr>
            <w:tcW w:type="dxa" w:w="2880"/>
          </w:tcPr>
          <w:p>
            <w:r>
              <w:rPr>
                <w:b/>
              </w:rPr>
              <w:t>Preis</w:t>
            </w:r>
          </w:p>
        </w:tc>
      </w:tr>
      <w:tr>
        <w:tc>
          <w:tcPr>
            <w:tcW w:type="dxa" w:w="2880"/>
          </w:tcPr>
          <w:p>
            <w:r>
              <w:t>2026-02-22T17:57:01.631Z</w:t>
            </w:r>
          </w:p>
        </w:tc>
        <w:tc>
          <w:tcPr>
            <w:tcW w:type="dxa" w:w="2880"/>
          </w:tcPr>
          <w:p>
            <w:r>
              <w:t>Einzelbehandlung</w:t>
            </w:r>
          </w:p>
        </w:tc>
        <w:tc>
          <w:tcPr>
            <w:tcW w:type="dxa" w:w="2880"/>
          </w:tcPr>
          <w:p>
            <w:r>
              <w:t>150.0 €</w:t>
            </w:r>
          </w:p>
        </w:tc>
      </w:tr>
      <w:tr>
        <w:tc>
          <w:tcPr>
            <w:tcW w:type="dxa" w:w="2880"/>
          </w:tcPr>
          <w:p>
            <w:r>
              <w:t>2026-02-22T17:56:58.568Z</w:t>
            </w:r>
          </w:p>
        </w:tc>
        <w:tc>
          <w:tcPr>
            <w:tcW w:type="dxa" w:w="2880"/>
          </w:tcPr>
          <w:p>
            <w:r>
              <w:t>Psychologische Diagnostik</w:t>
            </w:r>
          </w:p>
        </w:tc>
        <w:tc>
          <w:tcPr>
            <w:tcW w:type="dxa" w:w="2880"/>
          </w:tcPr>
          <w:p>
            <w:r>
              <w:t>324.0 €</w:t>
            </w:r>
          </w:p>
        </w:tc>
      </w:tr>
      <w:tr>
        <w:tc>
          <w:tcPr>
            <w:tcW w:type="dxa" w:w="2880"/>
          </w:tcPr>
          <w:p>
            <w:r>
              <w:t>2026-02-14T23:00:00.000Z</w:t>
            </w:r>
          </w:p>
        </w:tc>
        <w:tc>
          <w:tcPr>
            <w:tcW w:type="dxa" w:w="2880"/>
          </w:tcPr>
          <w:p>
            <w:r>
              <w:t>Psychologische Diagnostik</w:t>
            </w:r>
          </w:p>
        </w:tc>
        <w:tc>
          <w:tcPr>
            <w:tcW w:type="dxa" w:w="2880"/>
          </w:tcPr>
          <w:p>
            <w:r>
              <w:t>108.0 €</w:t>
            </w:r>
          </w:p>
        </w:tc>
      </w:tr>
      <w:tr>
        <w:tc>
          <w:tcPr>
            <w:tcW w:type="dxa" w:w="2880"/>
          </w:tcPr>
          <w:p>
            <w:r>
              <w:t>2026-02-07T23:00:00.000Z</w:t>
            </w:r>
          </w:p>
        </w:tc>
        <w:tc>
          <w:tcPr>
            <w:tcW w:type="dxa" w:w="2880"/>
          </w:tcPr>
          <w:p>
            <w:r>
              <w:t>Psychologische Behandlung</w:t>
            </w:r>
          </w:p>
        </w:tc>
        <w:tc>
          <w:tcPr>
            <w:tcW w:type="dxa" w:w="2880"/>
          </w:tcPr>
          <w:p>
            <w:r>
              <w:t>160.0 €</w:t>
            </w:r>
          </w:p>
        </w:tc>
      </w:tr>
      <w:tr>
        <w:tc>
          <w:tcPr>
            <w:tcW w:type="dxa" w:w="2880"/>
          </w:tcPr>
          <w:p>
            <w:r>
              <w:t>2026-01-31T23:00:00.000Z</w:t>
            </w:r>
          </w:p>
        </w:tc>
        <w:tc>
          <w:tcPr>
            <w:tcW w:type="dxa" w:w="2880"/>
          </w:tcPr>
          <w:p>
            <w:r>
              <w:t>Anamnesegespräch</w:t>
            </w:r>
          </w:p>
        </w:tc>
        <w:tc>
          <w:tcPr>
            <w:tcW w:type="dxa" w:w="2880"/>
          </w:tcPr>
          <w:p>
            <w:r>
              <w:t>100.0 €</w:t>
            </w:r>
          </w:p>
        </w:tc>
      </w:tr>
    </w:tbl>
    <w:p>
      <w:r>
        <w:rPr>
          <w:b/>
          <w:u w:val="double"/>
        </w:rPr>
        <w:t>Gesamt: 842.0 €</w:t>
      </w:r>
    </w:p>
    <w:p>
      <w:pPr>
        <w:pStyle w:val="Heading2"/>
      </w:pPr>
      <w:r>
        <w:t>Rechnung 16 am 2026-10-31T23:00:00.000Z</w:t>
      </w:r>
    </w:p>
    <w:p>
      <w:r>
        <w:rPr>
          <w:b/>
        </w:rPr>
        <w:t xml:space="preserve">Adresse der PatientIn: </w:t>
      </w:r>
      <w:r>
        <w:rPr>
          <w:b w:val="0"/>
        </w:rPr>
        <w:t>Erika Musterfrau</w:t>
        <w:br/>
        <w:t>Musterstrasse 3a</w:t>
        <w:br/>
        <w:t>1234 Musterhausen</w:t>
        <w:br/>
      </w:r>
      <w:r>
        <w:rPr>
          <w:b/>
        </w:rPr>
        <w:t xml:space="preserve">Rechnungstext: </w:t>
      </w:r>
      <w:r>
        <w:rPr>
          <w:b w:val="0"/>
        </w:rPr>
        <w:t>Diese Leistung ist gemäß § 6 Abs. 1 Z 19 UStG steuerbefreit.</w:t>
        <w:br/>
      </w:r>
      <w:r>
        <w:rPr>
          <w:b/>
        </w:rPr>
        <w:t xml:space="preserve">Bezahlt: </w:t>
      </w:r>
      <w:r>
        <w:rPr>
          <w:b w:val="0"/>
        </w:rPr>
        <w:t>True</w:t>
        <w:br/>
      </w:r>
      <w:r>
        <w:rPr>
          <w:b/>
        </w:rPr>
        <w:t xml:space="preserve">Interner Kommentar: </w:t>
      </w:r>
      <w:r>
        <w:rPr>
          <w:b w:val="0"/>
        </w:rPr>
        <w:t>False</w:t>
        <w:br/>
      </w:r>
      <w:r>
        <w:rPr>
          <w:b/>
        </w:rPr>
        <w:t xml:space="preserve">Rechnungsjahr: </w:t>
      </w:r>
      <w:r>
        <w:rPr>
          <w:b w:val="0"/>
        </w:rPr>
        <w:t>2026</w:t>
        <w:br/>
      </w:r>
      <w:r>
        <w:rPr>
          <w:b/>
        </w:rPr>
        <w:t xml:space="preserve">Diagnose: </w:t>
      </w:r>
      <w:r>
        <w:rPr>
          <w:b w:val="0"/>
        </w:rPr>
        <w:t>ICD10 F22.0 - Paranoid-halluzinatorische Psychose</w:t>
        <w:br/>
      </w:r>
      <w:r>
        <w:rPr>
          <w:b/>
        </w:rPr>
        <w:t xml:space="preserve">Geburtstag der PatientIn: </w:t>
      </w:r>
      <w:r>
        <w:rPr>
          <w:b w:val="0"/>
        </w:rPr>
        <w:t>16.04.1980</w:t>
        <w:br/>
      </w:r>
      <w:r>
        <w:rPr>
          <w:b/>
        </w:rPr>
        <w:t xml:space="preserve">Sozialversicherungsnummer der PatientIn: </w:t>
      </w:r>
      <w:r>
        <w:rPr>
          <w:b w:val="0"/>
        </w:rPr>
        <w:t>4567 567890</w:t>
        <w:br/>
      </w:r>
      <w:r>
        <w:rPr>
          <w:b/>
        </w:rPr>
        <w:t xml:space="preserve">Datum der Zahlung: </w:t>
      </w:r>
      <w:r>
        <w:rPr>
          <w:b w:val="0"/>
        </w:rPr>
        <w:t>2026-02-22T17:59:05.366Z</w:t>
        <w:br/>
      </w:r>
      <w:r>
        <w:rPr>
          <w:b/>
        </w:rPr>
        <w:t xml:space="preserve">Sitzungen: 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Datum</w:t>
            </w:r>
          </w:p>
        </w:tc>
        <w:tc>
          <w:tcPr>
            <w:tcW w:type="dxa" w:w="2880"/>
          </w:tcPr>
          <w:p>
            <w:r>
              <w:rPr>
                <w:b/>
              </w:rPr>
              <w:t>Leistung</w:t>
            </w:r>
          </w:p>
        </w:tc>
        <w:tc>
          <w:tcPr>
            <w:tcW w:type="dxa" w:w="2880"/>
          </w:tcPr>
          <w:p>
            <w:r>
              <w:rPr>
                <w:b/>
              </w:rPr>
              <w:t>Preis</w:t>
            </w:r>
          </w:p>
        </w:tc>
      </w:tr>
      <w:tr>
        <w:tc>
          <w:tcPr>
            <w:tcW w:type="dxa" w:w="2880"/>
          </w:tcPr>
          <w:p>
            <w:r>
              <w:t>2026-02-22T17:57:01.631Z</w:t>
            </w:r>
          </w:p>
        </w:tc>
        <w:tc>
          <w:tcPr>
            <w:tcW w:type="dxa" w:w="2880"/>
          </w:tcPr>
          <w:p>
            <w:r>
              <w:t>Einzelbehandlung</w:t>
            </w:r>
          </w:p>
        </w:tc>
        <w:tc>
          <w:tcPr>
            <w:tcW w:type="dxa" w:w="2880"/>
          </w:tcPr>
          <w:p>
            <w:r>
              <w:t>150.0 €</w:t>
            </w:r>
          </w:p>
        </w:tc>
      </w:tr>
      <w:tr>
        <w:tc>
          <w:tcPr>
            <w:tcW w:type="dxa" w:w="2880"/>
          </w:tcPr>
          <w:p>
            <w:r>
              <w:t>2026-02-22T17:56:58.568Z</w:t>
            </w:r>
          </w:p>
        </w:tc>
        <w:tc>
          <w:tcPr>
            <w:tcW w:type="dxa" w:w="2880"/>
          </w:tcPr>
          <w:p>
            <w:r>
              <w:t>Psychologische Diagnostik</w:t>
            </w:r>
          </w:p>
        </w:tc>
        <w:tc>
          <w:tcPr>
            <w:tcW w:type="dxa" w:w="2880"/>
          </w:tcPr>
          <w:p>
            <w:r>
              <w:t>324.0 €</w:t>
            </w:r>
          </w:p>
        </w:tc>
      </w:tr>
      <w:tr>
        <w:tc>
          <w:tcPr>
            <w:tcW w:type="dxa" w:w="2880"/>
          </w:tcPr>
          <w:p>
            <w:r>
              <w:t>2026-02-14T23:00:00.000Z</w:t>
            </w:r>
          </w:p>
        </w:tc>
        <w:tc>
          <w:tcPr>
            <w:tcW w:type="dxa" w:w="2880"/>
          </w:tcPr>
          <w:p>
            <w:r>
              <w:t>Psychologische Diagnostik</w:t>
            </w:r>
          </w:p>
        </w:tc>
        <w:tc>
          <w:tcPr>
            <w:tcW w:type="dxa" w:w="2880"/>
          </w:tcPr>
          <w:p>
            <w:r>
              <w:t>108.0 €</w:t>
            </w:r>
          </w:p>
        </w:tc>
      </w:tr>
      <w:tr>
        <w:tc>
          <w:tcPr>
            <w:tcW w:type="dxa" w:w="2880"/>
          </w:tcPr>
          <w:p>
            <w:r>
              <w:t>2026-02-07T23:00:00.000Z</w:t>
            </w:r>
          </w:p>
        </w:tc>
        <w:tc>
          <w:tcPr>
            <w:tcW w:type="dxa" w:w="2880"/>
          </w:tcPr>
          <w:p>
            <w:r>
              <w:t>Psychologische Behandlung</w:t>
            </w:r>
          </w:p>
        </w:tc>
        <w:tc>
          <w:tcPr>
            <w:tcW w:type="dxa" w:w="2880"/>
          </w:tcPr>
          <w:p>
            <w:r>
              <w:t>160.0 €</w:t>
            </w:r>
          </w:p>
        </w:tc>
      </w:tr>
      <w:tr>
        <w:tc>
          <w:tcPr>
            <w:tcW w:type="dxa" w:w="2880"/>
          </w:tcPr>
          <w:p>
            <w:r>
              <w:t>2026-01-31T23:00:00.000Z</w:t>
            </w:r>
          </w:p>
        </w:tc>
        <w:tc>
          <w:tcPr>
            <w:tcW w:type="dxa" w:w="2880"/>
          </w:tcPr>
          <w:p>
            <w:r>
              <w:t>Anamnesegespräch</w:t>
            </w:r>
          </w:p>
        </w:tc>
        <w:tc>
          <w:tcPr>
            <w:tcW w:type="dxa" w:w="2880"/>
          </w:tcPr>
          <w:p>
            <w:r>
              <w:t>100.0 €</w:t>
            </w:r>
          </w:p>
        </w:tc>
      </w:tr>
    </w:tbl>
    <w:p>
      <w:r>
        <w:rPr>
          <w:b/>
          <w:u w:val="double"/>
        </w:rPr>
        <w:t>Gesamt: 842.0 €</w:t>
      </w:r>
    </w:p>
    <w:p>
      <w:pPr>
        <w:pStyle w:val="Heading2"/>
      </w:pPr>
      <w:r>
        <w:t>Rechnung 15 am 2026-09-30T22:00:00.000Z</w:t>
      </w:r>
    </w:p>
    <w:p>
      <w:r>
        <w:rPr>
          <w:b/>
        </w:rPr>
        <w:t xml:space="preserve">Adresse der PatientIn: </w:t>
      </w:r>
      <w:r>
        <w:rPr>
          <w:b w:val="0"/>
        </w:rPr>
        <w:t>Erika Musterfrau</w:t>
        <w:br/>
        <w:t>Musterstrasse 3a</w:t>
        <w:br/>
        <w:t>1234 Musterhausen</w:t>
        <w:br/>
      </w:r>
      <w:r>
        <w:rPr>
          <w:b/>
        </w:rPr>
        <w:t xml:space="preserve">Rechnungstext: </w:t>
      </w:r>
      <w:r>
        <w:rPr>
          <w:b w:val="0"/>
        </w:rPr>
        <w:t>Diese Leistung ist gemäß § 6 Abs. 1 Z 19 UStG steuerbefreit.</w:t>
        <w:br/>
      </w:r>
      <w:r>
        <w:rPr>
          <w:b/>
        </w:rPr>
        <w:t xml:space="preserve">Bezahlt: </w:t>
      </w:r>
      <w:r>
        <w:rPr>
          <w:b w:val="0"/>
        </w:rPr>
        <w:t>True</w:t>
        <w:br/>
      </w:r>
      <w:r>
        <w:rPr>
          <w:b/>
        </w:rPr>
        <w:t xml:space="preserve">Interner Kommentar: </w:t>
      </w:r>
      <w:r>
        <w:rPr>
          <w:b w:val="0"/>
        </w:rPr>
        <w:t>False</w:t>
        <w:br/>
      </w:r>
      <w:r>
        <w:rPr>
          <w:b/>
        </w:rPr>
        <w:t xml:space="preserve">Rechnungsjahr: </w:t>
      </w:r>
      <w:r>
        <w:rPr>
          <w:b w:val="0"/>
        </w:rPr>
        <w:t>2026</w:t>
        <w:br/>
      </w:r>
      <w:r>
        <w:rPr>
          <w:b/>
        </w:rPr>
        <w:t xml:space="preserve">Diagnose: </w:t>
      </w:r>
      <w:r>
        <w:rPr>
          <w:b w:val="0"/>
        </w:rPr>
        <w:t>ICD10 F22.0 - Paranoid-halluzinatorische Psychose</w:t>
        <w:br/>
      </w:r>
      <w:r>
        <w:rPr>
          <w:b/>
        </w:rPr>
        <w:t xml:space="preserve">Geburtstag der PatientIn: </w:t>
      </w:r>
      <w:r>
        <w:rPr>
          <w:b w:val="0"/>
        </w:rPr>
        <w:t>16.04.1980</w:t>
        <w:br/>
      </w:r>
      <w:r>
        <w:rPr>
          <w:b/>
        </w:rPr>
        <w:t xml:space="preserve">Sozialversicherungsnummer der PatientIn: </w:t>
      </w:r>
      <w:r>
        <w:rPr>
          <w:b w:val="0"/>
        </w:rPr>
        <w:t>4567 567890</w:t>
        <w:br/>
      </w:r>
      <w:r>
        <w:rPr>
          <w:b/>
        </w:rPr>
        <w:t xml:space="preserve">Datum der Zahlung: </w:t>
      </w:r>
      <w:r>
        <w:rPr>
          <w:b w:val="0"/>
        </w:rPr>
        <w:t>2026-02-22T17:59:03.648Z</w:t>
        <w:br/>
      </w:r>
      <w:r>
        <w:rPr>
          <w:b/>
        </w:rPr>
        <w:t xml:space="preserve">Sitzungen: 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Datum</w:t>
            </w:r>
          </w:p>
        </w:tc>
        <w:tc>
          <w:tcPr>
            <w:tcW w:type="dxa" w:w="2880"/>
          </w:tcPr>
          <w:p>
            <w:r>
              <w:rPr>
                <w:b/>
              </w:rPr>
              <w:t>Leistung</w:t>
            </w:r>
          </w:p>
        </w:tc>
        <w:tc>
          <w:tcPr>
            <w:tcW w:type="dxa" w:w="2880"/>
          </w:tcPr>
          <w:p>
            <w:r>
              <w:rPr>
                <w:b/>
              </w:rPr>
              <w:t>Preis</w:t>
            </w:r>
          </w:p>
        </w:tc>
      </w:tr>
      <w:tr>
        <w:tc>
          <w:tcPr>
            <w:tcW w:type="dxa" w:w="2880"/>
          </w:tcPr>
          <w:p>
            <w:r>
              <w:t>2026-02-22T17:57:01.631Z</w:t>
            </w:r>
          </w:p>
        </w:tc>
        <w:tc>
          <w:tcPr>
            <w:tcW w:type="dxa" w:w="2880"/>
          </w:tcPr>
          <w:p>
            <w:r>
              <w:t>Einzelbehandlung</w:t>
            </w:r>
          </w:p>
        </w:tc>
        <w:tc>
          <w:tcPr>
            <w:tcW w:type="dxa" w:w="2880"/>
          </w:tcPr>
          <w:p>
            <w:r>
              <w:t>150.0 €</w:t>
            </w:r>
          </w:p>
        </w:tc>
      </w:tr>
      <w:tr>
        <w:tc>
          <w:tcPr>
            <w:tcW w:type="dxa" w:w="2880"/>
          </w:tcPr>
          <w:p>
            <w:r>
              <w:t>2026-02-22T17:56:58.568Z</w:t>
            </w:r>
          </w:p>
        </w:tc>
        <w:tc>
          <w:tcPr>
            <w:tcW w:type="dxa" w:w="2880"/>
          </w:tcPr>
          <w:p>
            <w:r>
              <w:t>Psychologische Diagnostik</w:t>
            </w:r>
          </w:p>
        </w:tc>
        <w:tc>
          <w:tcPr>
            <w:tcW w:type="dxa" w:w="2880"/>
          </w:tcPr>
          <w:p>
            <w:r>
              <w:t>324.0 €</w:t>
            </w:r>
          </w:p>
        </w:tc>
      </w:tr>
      <w:tr>
        <w:tc>
          <w:tcPr>
            <w:tcW w:type="dxa" w:w="2880"/>
          </w:tcPr>
          <w:p>
            <w:r>
              <w:t>2026-02-14T23:00:00.000Z</w:t>
            </w:r>
          </w:p>
        </w:tc>
        <w:tc>
          <w:tcPr>
            <w:tcW w:type="dxa" w:w="2880"/>
          </w:tcPr>
          <w:p>
            <w:r>
              <w:t>Psychologische Diagnostik</w:t>
            </w:r>
          </w:p>
        </w:tc>
        <w:tc>
          <w:tcPr>
            <w:tcW w:type="dxa" w:w="2880"/>
          </w:tcPr>
          <w:p>
            <w:r>
              <w:t>108.0 €</w:t>
            </w:r>
          </w:p>
        </w:tc>
      </w:tr>
      <w:tr>
        <w:tc>
          <w:tcPr>
            <w:tcW w:type="dxa" w:w="2880"/>
          </w:tcPr>
          <w:p>
            <w:r>
              <w:t>2026-02-07T23:00:00.000Z</w:t>
            </w:r>
          </w:p>
        </w:tc>
        <w:tc>
          <w:tcPr>
            <w:tcW w:type="dxa" w:w="2880"/>
          </w:tcPr>
          <w:p>
            <w:r>
              <w:t>Psychologische Behandlung</w:t>
            </w:r>
          </w:p>
        </w:tc>
        <w:tc>
          <w:tcPr>
            <w:tcW w:type="dxa" w:w="2880"/>
          </w:tcPr>
          <w:p>
            <w:r>
              <w:t>160.0 €</w:t>
            </w:r>
          </w:p>
        </w:tc>
      </w:tr>
      <w:tr>
        <w:tc>
          <w:tcPr>
            <w:tcW w:type="dxa" w:w="2880"/>
          </w:tcPr>
          <w:p>
            <w:r>
              <w:t>2026-01-31T23:00:00.000Z</w:t>
            </w:r>
          </w:p>
        </w:tc>
        <w:tc>
          <w:tcPr>
            <w:tcW w:type="dxa" w:w="2880"/>
          </w:tcPr>
          <w:p>
            <w:r>
              <w:t>Anamnesegespräch</w:t>
            </w:r>
          </w:p>
        </w:tc>
        <w:tc>
          <w:tcPr>
            <w:tcW w:type="dxa" w:w="2880"/>
          </w:tcPr>
          <w:p>
            <w:r>
              <w:t>100.0 €</w:t>
            </w:r>
          </w:p>
        </w:tc>
      </w:tr>
    </w:tbl>
    <w:p>
      <w:r>
        <w:rPr>
          <w:b/>
          <w:u w:val="double"/>
        </w:rPr>
        <w:t>Gesamt: 842.0 €</w:t>
      </w:r>
    </w:p>
    <w:p>
      <w:pPr>
        <w:pStyle w:val="Heading2"/>
      </w:pPr>
      <w:r>
        <w:t>Rechnung 14 am 2026-08-31T22:00:00.000Z</w:t>
      </w:r>
    </w:p>
    <w:p>
      <w:r>
        <w:rPr>
          <w:b/>
        </w:rPr>
        <w:t xml:space="preserve">Adresse der PatientIn: </w:t>
      </w:r>
      <w:r>
        <w:rPr>
          <w:b w:val="0"/>
        </w:rPr>
        <w:t>Erika Musterfrau</w:t>
        <w:br/>
        <w:t>Musterstrasse 3a</w:t>
        <w:br/>
        <w:t>1234 Musterhausen</w:t>
        <w:br/>
      </w:r>
      <w:r>
        <w:rPr>
          <w:b/>
        </w:rPr>
        <w:t xml:space="preserve">Rechnungstext: </w:t>
      </w:r>
      <w:r>
        <w:rPr>
          <w:b w:val="0"/>
        </w:rPr>
        <w:t>Diese Leistung ist gemäß § 6 Abs. 1 Z 19 UStG steuerbefreit.</w:t>
        <w:br/>
      </w:r>
      <w:r>
        <w:rPr>
          <w:b/>
        </w:rPr>
        <w:t xml:space="preserve">Bezahlt: </w:t>
      </w:r>
      <w:r>
        <w:rPr>
          <w:b w:val="0"/>
        </w:rPr>
        <w:t>True</w:t>
        <w:br/>
      </w:r>
      <w:r>
        <w:rPr>
          <w:b/>
        </w:rPr>
        <w:t xml:space="preserve">Interner Kommentar: </w:t>
      </w:r>
      <w:r>
        <w:rPr>
          <w:b w:val="0"/>
        </w:rPr>
        <w:t>False</w:t>
        <w:br/>
      </w:r>
      <w:r>
        <w:rPr>
          <w:b/>
        </w:rPr>
        <w:t xml:space="preserve">Rechnungsjahr: </w:t>
      </w:r>
      <w:r>
        <w:rPr>
          <w:b w:val="0"/>
        </w:rPr>
        <w:t>2026</w:t>
        <w:br/>
      </w:r>
      <w:r>
        <w:rPr>
          <w:b/>
        </w:rPr>
        <w:t xml:space="preserve">Diagnose: </w:t>
      </w:r>
      <w:r>
        <w:rPr>
          <w:b w:val="0"/>
        </w:rPr>
        <w:t>ICD10 F22.0 - Paranoid-halluzinatorische Psychose</w:t>
        <w:br/>
      </w:r>
      <w:r>
        <w:rPr>
          <w:b/>
        </w:rPr>
        <w:t xml:space="preserve">Geburtstag der PatientIn: </w:t>
      </w:r>
      <w:r>
        <w:rPr>
          <w:b w:val="0"/>
        </w:rPr>
        <w:t>16.04.1980</w:t>
        <w:br/>
      </w:r>
      <w:r>
        <w:rPr>
          <w:b/>
        </w:rPr>
        <w:t xml:space="preserve">Sozialversicherungsnummer der PatientIn: </w:t>
      </w:r>
      <w:r>
        <w:rPr>
          <w:b w:val="0"/>
        </w:rPr>
        <w:t>4567 567890</w:t>
        <w:br/>
      </w:r>
      <w:r>
        <w:rPr>
          <w:b/>
        </w:rPr>
        <w:t xml:space="preserve">Datum der Zahlung: </w:t>
      </w:r>
      <w:r>
        <w:rPr>
          <w:b w:val="0"/>
        </w:rPr>
        <w:t>2026-02-22T17:59:01.913Z</w:t>
        <w:br/>
      </w:r>
      <w:r>
        <w:rPr>
          <w:b/>
        </w:rPr>
        <w:t xml:space="preserve">Sitzungen: 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Datum</w:t>
            </w:r>
          </w:p>
        </w:tc>
        <w:tc>
          <w:tcPr>
            <w:tcW w:type="dxa" w:w="2880"/>
          </w:tcPr>
          <w:p>
            <w:r>
              <w:rPr>
                <w:b/>
              </w:rPr>
              <w:t>Leistung</w:t>
            </w:r>
          </w:p>
        </w:tc>
        <w:tc>
          <w:tcPr>
            <w:tcW w:type="dxa" w:w="2880"/>
          </w:tcPr>
          <w:p>
            <w:r>
              <w:rPr>
                <w:b/>
              </w:rPr>
              <w:t>Preis</w:t>
            </w:r>
          </w:p>
        </w:tc>
      </w:tr>
      <w:tr>
        <w:tc>
          <w:tcPr>
            <w:tcW w:type="dxa" w:w="2880"/>
          </w:tcPr>
          <w:p>
            <w:r>
              <w:t>2026-02-22T17:57:01.631Z</w:t>
            </w:r>
          </w:p>
        </w:tc>
        <w:tc>
          <w:tcPr>
            <w:tcW w:type="dxa" w:w="2880"/>
          </w:tcPr>
          <w:p>
            <w:r>
              <w:t>Einzelbehandlung</w:t>
            </w:r>
          </w:p>
        </w:tc>
        <w:tc>
          <w:tcPr>
            <w:tcW w:type="dxa" w:w="2880"/>
          </w:tcPr>
          <w:p>
            <w:r>
              <w:t>150.0 €</w:t>
            </w:r>
          </w:p>
        </w:tc>
      </w:tr>
      <w:tr>
        <w:tc>
          <w:tcPr>
            <w:tcW w:type="dxa" w:w="2880"/>
          </w:tcPr>
          <w:p>
            <w:r>
              <w:t>2026-02-22T17:56:58.568Z</w:t>
            </w:r>
          </w:p>
        </w:tc>
        <w:tc>
          <w:tcPr>
            <w:tcW w:type="dxa" w:w="2880"/>
          </w:tcPr>
          <w:p>
            <w:r>
              <w:t>Psychologische Diagnostik</w:t>
            </w:r>
          </w:p>
        </w:tc>
        <w:tc>
          <w:tcPr>
            <w:tcW w:type="dxa" w:w="2880"/>
          </w:tcPr>
          <w:p>
            <w:r>
              <w:t>324.0 €</w:t>
            </w:r>
          </w:p>
        </w:tc>
      </w:tr>
      <w:tr>
        <w:tc>
          <w:tcPr>
            <w:tcW w:type="dxa" w:w="2880"/>
          </w:tcPr>
          <w:p>
            <w:r>
              <w:t>2026-02-14T23:00:00.000Z</w:t>
            </w:r>
          </w:p>
        </w:tc>
        <w:tc>
          <w:tcPr>
            <w:tcW w:type="dxa" w:w="2880"/>
          </w:tcPr>
          <w:p>
            <w:r>
              <w:t>Psychologische Diagnostik</w:t>
            </w:r>
          </w:p>
        </w:tc>
        <w:tc>
          <w:tcPr>
            <w:tcW w:type="dxa" w:w="2880"/>
          </w:tcPr>
          <w:p>
            <w:r>
              <w:t>108.0 €</w:t>
            </w:r>
          </w:p>
        </w:tc>
      </w:tr>
      <w:tr>
        <w:tc>
          <w:tcPr>
            <w:tcW w:type="dxa" w:w="2880"/>
          </w:tcPr>
          <w:p>
            <w:r>
              <w:t>2026-02-07T23:00:00.000Z</w:t>
            </w:r>
          </w:p>
        </w:tc>
        <w:tc>
          <w:tcPr>
            <w:tcW w:type="dxa" w:w="2880"/>
          </w:tcPr>
          <w:p>
            <w:r>
              <w:t>Psychologische Behandlung</w:t>
            </w:r>
          </w:p>
        </w:tc>
        <w:tc>
          <w:tcPr>
            <w:tcW w:type="dxa" w:w="2880"/>
          </w:tcPr>
          <w:p>
            <w:r>
              <w:t>160.0 €</w:t>
            </w:r>
          </w:p>
        </w:tc>
      </w:tr>
      <w:tr>
        <w:tc>
          <w:tcPr>
            <w:tcW w:type="dxa" w:w="2880"/>
          </w:tcPr>
          <w:p>
            <w:r>
              <w:t>2026-01-31T23:00:00.000Z</w:t>
            </w:r>
          </w:p>
        </w:tc>
        <w:tc>
          <w:tcPr>
            <w:tcW w:type="dxa" w:w="2880"/>
          </w:tcPr>
          <w:p>
            <w:r>
              <w:t>Anamnesegespräch</w:t>
            </w:r>
          </w:p>
        </w:tc>
        <w:tc>
          <w:tcPr>
            <w:tcW w:type="dxa" w:w="2880"/>
          </w:tcPr>
          <w:p>
            <w:r>
              <w:t>100.0 €</w:t>
            </w:r>
          </w:p>
        </w:tc>
      </w:tr>
    </w:tbl>
    <w:p>
      <w:r>
        <w:rPr>
          <w:b/>
          <w:u w:val="double"/>
        </w:rPr>
        <w:t>Gesamt: 842.0 €</w:t>
      </w:r>
    </w:p>
    <w:p>
      <w:pPr>
        <w:pStyle w:val="Heading2"/>
      </w:pPr>
      <w:r>
        <w:t>Rechnung 13 am 2026-07-31T22:00:00.000Z</w:t>
      </w:r>
    </w:p>
    <w:p>
      <w:r>
        <w:rPr>
          <w:b/>
        </w:rPr>
        <w:t xml:space="preserve">Adresse der PatientIn: </w:t>
      </w:r>
      <w:r>
        <w:rPr>
          <w:b w:val="0"/>
        </w:rPr>
        <w:t>Erika Musterfrau</w:t>
        <w:br/>
        <w:t>Musterstrasse 3a</w:t>
        <w:br/>
        <w:t>1234 Musterhausen</w:t>
        <w:br/>
      </w:r>
      <w:r>
        <w:rPr>
          <w:b/>
        </w:rPr>
        <w:t xml:space="preserve">Rechnungstext: </w:t>
      </w:r>
      <w:r>
        <w:rPr>
          <w:b w:val="0"/>
        </w:rPr>
        <w:t>Diese Leistung ist gemäß § 6 Abs. 1 Z 19 UStG steuerbefreit.</w:t>
        <w:br/>
      </w:r>
      <w:r>
        <w:rPr>
          <w:b/>
        </w:rPr>
        <w:t xml:space="preserve">Bezahlt: </w:t>
      </w:r>
      <w:r>
        <w:rPr>
          <w:b w:val="0"/>
        </w:rPr>
        <w:t>True</w:t>
        <w:br/>
      </w:r>
      <w:r>
        <w:rPr>
          <w:b/>
        </w:rPr>
        <w:t xml:space="preserve">Interner Kommentar: </w:t>
      </w:r>
      <w:r>
        <w:rPr>
          <w:b w:val="0"/>
        </w:rPr>
        <w:t>False</w:t>
        <w:br/>
      </w:r>
      <w:r>
        <w:rPr>
          <w:b/>
        </w:rPr>
        <w:t xml:space="preserve">Rechnungsjahr: </w:t>
      </w:r>
      <w:r>
        <w:rPr>
          <w:b w:val="0"/>
        </w:rPr>
        <w:t>2026</w:t>
        <w:br/>
      </w:r>
      <w:r>
        <w:rPr>
          <w:b/>
        </w:rPr>
        <w:t xml:space="preserve">Diagnose: </w:t>
      </w:r>
      <w:r>
        <w:rPr>
          <w:b w:val="0"/>
        </w:rPr>
        <w:t>ICD10 F22.0 - Paranoid-halluzinatorische Psychose</w:t>
        <w:br/>
      </w:r>
      <w:r>
        <w:rPr>
          <w:b/>
        </w:rPr>
        <w:t xml:space="preserve">Geburtstag der PatientIn: </w:t>
      </w:r>
      <w:r>
        <w:rPr>
          <w:b w:val="0"/>
        </w:rPr>
        <w:t>16.04.1980</w:t>
        <w:br/>
      </w:r>
      <w:r>
        <w:rPr>
          <w:b/>
        </w:rPr>
        <w:t xml:space="preserve">Sozialversicherungsnummer der PatientIn: </w:t>
      </w:r>
      <w:r>
        <w:rPr>
          <w:b w:val="0"/>
        </w:rPr>
        <w:t>4567 567890</w:t>
        <w:br/>
      </w:r>
      <w:r>
        <w:rPr>
          <w:b/>
        </w:rPr>
        <w:t xml:space="preserve">Datum der Zahlung: </w:t>
      </w:r>
      <w:r>
        <w:rPr>
          <w:b w:val="0"/>
        </w:rPr>
        <w:t>2026-02-22T17:59:00.173Z</w:t>
        <w:br/>
      </w:r>
      <w:r>
        <w:rPr>
          <w:b/>
        </w:rPr>
        <w:t xml:space="preserve">Sitzungen: 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Datum</w:t>
            </w:r>
          </w:p>
        </w:tc>
        <w:tc>
          <w:tcPr>
            <w:tcW w:type="dxa" w:w="2880"/>
          </w:tcPr>
          <w:p>
            <w:r>
              <w:rPr>
                <w:b/>
              </w:rPr>
              <w:t>Leistung</w:t>
            </w:r>
          </w:p>
        </w:tc>
        <w:tc>
          <w:tcPr>
            <w:tcW w:type="dxa" w:w="2880"/>
          </w:tcPr>
          <w:p>
            <w:r>
              <w:rPr>
                <w:b/>
              </w:rPr>
              <w:t>Preis</w:t>
            </w:r>
          </w:p>
        </w:tc>
      </w:tr>
      <w:tr>
        <w:tc>
          <w:tcPr>
            <w:tcW w:type="dxa" w:w="2880"/>
          </w:tcPr>
          <w:p>
            <w:r>
              <w:t>2026-02-22T17:57:01.631Z</w:t>
            </w:r>
          </w:p>
        </w:tc>
        <w:tc>
          <w:tcPr>
            <w:tcW w:type="dxa" w:w="2880"/>
          </w:tcPr>
          <w:p>
            <w:r>
              <w:t>Einzelbehandlung</w:t>
            </w:r>
          </w:p>
        </w:tc>
        <w:tc>
          <w:tcPr>
            <w:tcW w:type="dxa" w:w="2880"/>
          </w:tcPr>
          <w:p>
            <w:r>
              <w:t>150.0 €</w:t>
            </w:r>
          </w:p>
        </w:tc>
      </w:tr>
      <w:tr>
        <w:tc>
          <w:tcPr>
            <w:tcW w:type="dxa" w:w="2880"/>
          </w:tcPr>
          <w:p>
            <w:r>
              <w:t>2026-02-22T17:56:58.568Z</w:t>
            </w:r>
          </w:p>
        </w:tc>
        <w:tc>
          <w:tcPr>
            <w:tcW w:type="dxa" w:w="2880"/>
          </w:tcPr>
          <w:p>
            <w:r>
              <w:t>Psychologische Diagnostik</w:t>
            </w:r>
          </w:p>
        </w:tc>
        <w:tc>
          <w:tcPr>
            <w:tcW w:type="dxa" w:w="2880"/>
          </w:tcPr>
          <w:p>
            <w:r>
              <w:t>324.0 €</w:t>
            </w:r>
          </w:p>
        </w:tc>
      </w:tr>
      <w:tr>
        <w:tc>
          <w:tcPr>
            <w:tcW w:type="dxa" w:w="2880"/>
          </w:tcPr>
          <w:p>
            <w:r>
              <w:t>2026-02-14T23:00:00.000Z</w:t>
            </w:r>
          </w:p>
        </w:tc>
        <w:tc>
          <w:tcPr>
            <w:tcW w:type="dxa" w:w="2880"/>
          </w:tcPr>
          <w:p>
            <w:r>
              <w:t>Psychologische Diagnostik</w:t>
            </w:r>
          </w:p>
        </w:tc>
        <w:tc>
          <w:tcPr>
            <w:tcW w:type="dxa" w:w="2880"/>
          </w:tcPr>
          <w:p>
            <w:r>
              <w:t>108.0 €</w:t>
            </w:r>
          </w:p>
        </w:tc>
      </w:tr>
      <w:tr>
        <w:tc>
          <w:tcPr>
            <w:tcW w:type="dxa" w:w="2880"/>
          </w:tcPr>
          <w:p>
            <w:r>
              <w:t>2026-02-07T23:00:00.000Z</w:t>
            </w:r>
          </w:p>
        </w:tc>
        <w:tc>
          <w:tcPr>
            <w:tcW w:type="dxa" w:w="2880"/>
          </w:tcPr>
          <w:p>
            <w:r>
              <w:t>Psychologische Behandlung</w:t>
            </w:r>
          </w:p>
        </w:tc>
        <w:tc>
          <w:tcPr>
            <w:tcW w:type="dxa" w:w="2880"/>
          </w:tcPr>
          <w:p>
            <w:r>
              <w:t>160.0 €</w:t>
            </w:r>
          </w:p>
        </w:tc>
      </w:tr>
      <w:tr>
        <w:tc>
          <w:tcPr>
            <w:tcW w:type="dxa" w:w="2880"/>
          </w:tcPr>
          <w:p>
            <w:r>
              <w:t>2026-01-31T23:00:00.000Z</w:t>
            </w:r>
          </w:p>
        </w:tc>
        <w:tc>
          <w:tcPr>
            <w:tcW w:type="dxa" w:w="2880"/>
          </w:tcPr>
          <w:p>
            <w:r>
              <w:t>Anamnesegespräch</w:t>
            </w:r>
          </w:p>
        </w:tc>
        <w:tc>
          <w:tcPr>
            <w:tcW w:type="dxa" w:w="2880"/>
          </w:tcPr>
          <w:p>
            <w:r>
              <w:t>100.0 €</w:t>
            </w:r>
          </w:p>
        </w:tc>
      </w:tr>
    </w:tbl>
    <w:p>
      <w:r>
        <w:rPr>
          <w:b/>
          <w:u w:val="double"/>
        </w:rPr>
        <w:t>Gesamt: 842.0 €</w:t>
      </w:r>
    </w:p>
    <w:p>
      <w:pPr>
        <w:pStyle w:val="Heading2"/>
      </w:pPr>
      <w:r>
        <w:t>Rechnung 12 am 2026-06-30T22:00:00.000Z</w:t>
      </w:r>
    </w:p>
    <w:p>
      <w:r>
        <w:rPr>
          <w:b/>
        </w:rPr>
        <w:t xml:space="preserve">Adresse der PatientIn: </w:t>
      </w:r>
      <w:r>
        <w:rPr>
          <w:b w:val="0"/>
        </w:rPr>
        <w:t>Erika Musterfrau</w:t>
        <w:br/>
        <w:t>Musterstrasse 3a</w:t>
        <w:br/>
        <w:t>1234 Musterhausen</w:t>
        <w:br/>
      </w:r>
      <w:r>
        <w:rPr>
          <w:b/>
        </w:rPr>
        <w:t xml:space="preserve">Rechnungstext: </w:t>
      </w:r>
      <w:r>
        <w:rPr>
          <w:b w:val="0"/>
        </w:rPr>
        <w:t>Diese Leistung ist gemäß § 6 Abs. 1 Z 19 UStG steuerbefreit.</w:t>
        <w:br/>
      </w:r>
      <w:r>
        <w:rPr>
          <w:b/>
        </w:rPr>
        <w:t xml:space="preserve">Bezahlt: </w:t>
      </w:r>
      <w:r>
        <w:rPr>
          <w:b w:val="0"/>
        </w:rPr>
        <w:t>True</w:t>
        <w:br/>
      </w:r>
      <w:r>
        <w:rPr>
          <w:b/>
        </w:rPr>
        <w:t xml:space="preserve">Interner Kommentar: </w:t>
      </w:r>
      <w:r>
        <w:rPr>
          <w:b w:val="0"/>
        </w:rPr>
        <w:t>False</w:t>
        <w:br/>
      </w:r>
      <w:r>
        <w:rPr>
          <w:b/>
        </w:rPr>
        <w:t xml:space="preserve">Rechnungsjahr: </w:t>
      </w:r>
      <w:r>
        <w:rPr>
          <w:b w:val="0"/>
        </w:rPr>
        <w:t>2026</w:t>
        <w:br/>
      </w:r>
      <w:r>
        <w:rPr>
          <w:b/>
        </w:rPr>
        <w:t xml:space="preserve">Diagnose: </w:t>
      </w:r>
      <w:r>
        <w:rPr>
          <w:b w:val="0"/>
        </w:rPr>
        <w:t>ICD10 F22.0 - Paranoid-halluzinatorische Psychose</w:t>
        <w:br/>
      </w:r>
      <w:r>
        <w:rPr>
          <w:b/>
        </w:rPr>
        <w:t xml:space="preserve">Geburtstag der PatientIn: </w:t>
      </w:r>
      <w:r>
        <w:rPr>
          <w:b w:val="0"/>
        </w:rPr>
        <w:t>16.04.1980</w:t>
        <w:br/>
      </w:r>
      <w:r>
        <w:rPr>
          <w:b/>
        </w:rPr>
        <w:t xml:space="preserve">Sozialversicherungsnummer der PatientIn: </w:t>
      </w:r>
      <w:r>
        <w:rPr>
          <w:b w:val="0"/>
        </w:rPr>
        <w:t>4567 567890</w:t>
        <w:br/>
      </w:r>
      <w:r>
        <w:rPr>
          <w:b/>
        </w:rPr>
        <w:t xml:space="preserve">Datum der Zahlung: </w:t>
      </w:r>
      <w:r>
        <w:rPr>
          <w:b w:val="0"/>
        </w:rPr>
        <w:t>2026-02-22T17:58:58.468Z</w:t>
        <w:br/>
      </w:r>
      <w:r>
        <w:rPr>
          <w:b/>
        </w:rPr>
        <w:t xml:space="preserve">Sitzungen: 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Datum</w:t>
            </w:r>
          </w:p>
        </w:tc>
        <w:tc>
          <w:tcPr>
            <w:tcW w:type="dxa" w:w="2880"/>
          </w:tcPr>
          <w:p>
            <w:r>
              <w:rPr>
                <w:b/>
              </w:rPr>
              <w:t>Leistung</w:t>
            </w:r>
          </w:p>
        </w:tc>
        <w:tc>
          <w:tcPr>
            <w:tcW w:type="dxa" w:w="2880"/>
          </w:tcPr>
          <w:p>
            <w:r>
              <w:rPr>
                <w:b/>
              </w:rPr>
              <w:t>Preis</w:t>
            </w:r>
          </w:p>
        </w:tc>
      </w:tr>
      <w:tr>
        <w:tc>
          <w:tcPr>
            <w:tcW w:type="dxa" w:w="2880"/>
          </w:tcPr>
          <w:p>
            <w:r>
              <w:t>2026-02-22T17:57:01.631Z</w:t>
            </w:r>
          </w:p>
        </w:tc>
        <w:tc>
          <w:tcPr>
            <w:tcW w:type="dxa" w:w="2880"/>
          </w:tcPr>
          <w:p>
            <w:r>
              <w:t>Einzelbehandlung</w:t>
            </w:r>
          </w:p>
        </w:tc>
        <w:tc>
          <w:tcPr>
            <w:tcW w:type="dxa" w:w="2880"/>
          </w:tcPr>
          <w:p>
            <w:r>
              <w:t>150.0 €</w:t>
            </w:r>
          </w:p>
        </w:tc>
      </w:tr>
      <w:tr>
        <w:tc>
          <w:tcPr>
            <w:tcW w:type="dxa" w:w="2880"/>
          </w:tcPr>
          <w:p>
            <w:r>
              <w:t>2026-02-22T17:56:58.568Z</w:t>
            </w:r>
          </w:p>
        </w:tc>
        <w:tc>
          <w:tcPr>
            <w:tcW w:type="dxa" w:w="2880"/>
          </w:tcPr>
          <w:p>
            <w:r>
              <w:t>Psychologische Diagnostik</w:t>
            </w:r>
          </w:p>
        </w:tc>
        <w:tc>
          <w:tcPr>
            <w:tcW w:type="dxa" w:w="2880"/>
          </w:tcPr>
          <w:p>
            <w:r>
              <w:t>324.0 €</w:t>
            </w:r>
          </w:p>
        </w:tc>
      </w:tr>
      <w:tr>
        <w:tc>
          <w:tcPr>
            <w:tcW w:type="dxa" w:w="2880"/>
          </w:tcPr>
          <w:p>
            <w:r>
              <w:t>2026-02-14T23:00:00.000Z</w:t>
            </w:r>
          </w:p>
        </w:tc>
        <w:tc>
          <w:tcPr>
            <w:tcW w:type="dxa" w:w="2880"/>
          </w:tcPr>
          <w:p>
            <w:r>
              <w:t>Psychologische Diagnostik</w:t>
            </w:r>
          </w:p>
        </w:tc>
        <w:tc>
          <w:tcPr>
            <w:tcW w:type="dxa" w:w="2880"/>
          </w:tcPr>
          <w:p>
            <w:r>
              <w:t>108.0 €</w:t>
            </w:r>
          </w:p>
        </w:tc>
      </w:tr>
      <w:tr>
        <w:tc>
          <w:tcPr>
            <w:tcW w:type="dxa" w:w="2880"/>
          </w:tcPr>
          <w:p>
            <w:r>
              <w:t>2026-02-07T23:00:00.000Z</w:t>
            </w:r>
          </w:p>
        </w:tc>
        <w:tc>
          <w:tcPr>
            <w:tcW w:type="dxa" w:w="2880"/>
          </w:tcPr>
          <w:p>
            <w:r>
              <w:t>Psychologische Behandlung</w:t>
            </w:r>
          </w:p>
        </w:tc>
        <w:tc>
          <w:tcPr>
            <w:tcW w:type="dxa" w:w="2880"/>
          </w:tcPr>
          <w:p>
            <w:r>
              <w:t>160.0 €</w:t>
            </w:r>
          </w:p>
        </w:tc>
      </w:tr>
      <w:tr>
        <w:tc>
          <w:tcPr>
            <w:tcW w:type="dxa" w:w="2880"/>
          </w:tcPr>
          <w:p>
            <w:r>
              <w:t>2026-01-31T23:00:00.000Z</w:t>
            </w:r>
          </w:p>
        </w:tc>
        <w:tc>
          <w:tcPr>
            <w:tcW w:type="dxa" w:w="2880"/>
          </w:tcPr>
          <w:p>
            <w:r>
              <w:t>Anamnesegespräch</w:t>
            </w:r>
          </w:p>
        </w:tc>
        <w:tc>
          <w:tcPr>
            <w:tcW w:type="dxa" w:w="2880"/>
          </w:tcPr>
          <w:p>
            <w:r>
              <w:t>100.0 €</w:t>
            </w:r>
          </w:p>
        </w:tc>
      </w:tr>
    </w:tbl>
    <w:p>
      <w:r>
        <w:rPr>
          <w:b/>
          <w:u w:val="double"/>
        </w:rPr>
        <w:t>Gesamt: 842.0 €</w:t>
      </w:r>
    </w:p>
    <w:p>
      <w:pPr>
        <w:pStyle w:val="Heading2"/>
      </w:pPr>
      <w:r>
        <w:t>Rechnung 11 am 2026-05-31T22:00:00.000Z</w:t>
      </w:r>
    </w:p>
    <w:p>
      <w:r>
        <w:rPr>
          <w:b/>
        </w:rPr>
        <w:t xml:space="preserve">Adresse der PatientIn: </w:t>
      </w:r>
      <w:r>
        <w:rPr>
          <w:b w:val="0"/>
        </w:rPr>
        <w:t>Erika Musterfrau</w:t>
        <w:br/>
        <w:t>Musterstrasse 3a</w:t>
        <w:br/>
        <w:t>1234 Musterhausen</w:t>
        <w:br/>
      </w:r>
      <w:r>
        <w:rPr>
          <w:b/>
        </w:rPr>
        <w:t xml:space="preserve">Rechnungstext: </w:t>
      </w:r>
      <w:r>
        <w:rPr>
          <w:b w:val="0"/>
        </w:rPr>
        <w:t>Diese Leistung ist gemäß § 6 Abs. 1 Z 19 UStG steuerbefreit.</w:t>
        <w:br/>
      </w:r>
      <w:r>
        <w:rPr>
          <w:b/>
        </w:rPr>
        <w:t xml:space="preserve">Bezahlt: </w:t>
      </w:r>
      <w:r>
        <w:rPr>
          <w:b w:val="0"/>
        </w:rPr>
        <w:t>True</w:t>
        <w:br/>
      </w:r>
      <w:r>
        <w:rPr>
          <w:b/>
        </w:rPr>
        <w:t xml:space="preserve">Interner Kommentar: </w:t>
      </w:r>
      <w:r>
        <w:rPr>
          <w:b w:val="0"/>
        </w:rPr>
        <w:t>False</w:t>
        <w:br/>
      </w:r>
      <w:r>
        <w:rPr>
          <w:b/>
        </w:rPr>
        <w:t xml:space="preserve">Rechnungsjahr: </w:t>
      </w:r>
      <w:r>
        <w:rPr>
          <w:b w:val="0"/>
        </w:rPr>
        <w:t>2026</w:t>
        <w:br/>
      </w:r>
      <w:r>
        <w:rPr>
          <w:b/>
        </w:rPr>
        <w:t xml:space="preserve">Diagnose: </w:t>
      </w:r>
      <w:r>
        <w:rPr>
          <w:b w:val="0"/>
        </w:rPr>
        <w:t>ICD10 F22.0 - Paranoid-halluzinatorische Psychose</w:t>
        <w:br/>
      </w:r>
      <w:r>
        <w:rPr>
          <w:b/>
        </w:rPr>
        <w:t xml:space="preserve">Geburtstag der PatientIn: </w:t>
      </w:r>
      <w:r>
        <w:rPr>
          <w:b w:val="0"/>
        </w:rPr>
        <w:t>16.04.1980</w:t>
        <w:br/>
      </w:r>
      <w:r>
        <w:rPr>
          <w:b/>
        </w:rPr>
        <w:t xml:space="preserve">Sozialversicherungsnummer der PatientIn: </w:t>
      </w:r>
      <w:r>
        <w:rPr>
          <w:b w:val="0"/>
        </w:rPr>
        <w:t>4567 567890</w:t>
        <w:br/>
      </w:r>
      <w:r>
        <w:rPr>
          <w:b/>
        </w:rPr>
        <w:t xml:space="preserve">Datum der Zahlung: </w:t>
      </w:r>
      <w:r>
        <w:rPr>
          <w:b w:val="0"/>
        </w:rPr>
        <w:t>2026-02-22T17:58:56.771Z</w:t>
        <w:br/>
      </w:r>
      <w:r>
        <w:rPr>
          <w:b/>
        </w:rPr>
        <w:t xml:space="preserve">Sitzungen: 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Datum</w:t>
            </w:r>
          </w:p>
        </w:tc>
        <w:tc>
          <w:tcPr>
            <w:tcW w:type="dxa" w:w="2880"/>
          </w:tcPr>
          <w:p>
            <w:r>
              <w:rPr>
                <w:b/>
              </w:rPr>
              <w:t>Leistung</w:t>
            </w:r>
          </w:p>
        </w:tc>
        <w:tc>
          <w:tcPr>
            <w:tcW w:type="dxa" w:w="2880"/>
          </w:tcPr>
          <w:p>
            <w:r>
              <w:rPr>
                <w:b/>
              </w:rPr>
              <w:t>Preis</w:t>
            </w:r>
          </w:p>
        </w:tc>
      </w:tr>
      <w:tr>
        <w:tc>
          <w:tcPr>
            <w:tcW w:type="dxa" w:w="2880"/>
          </w:tcPr>
          <w:p>
            <w:r>
              <w:t>2026-02-22T17:57:01.631Z</w:t>
            </w:r>
          </w:p>
        </w:tc>
        <w:tc>
          <w:tcPr>
            <w:tcW w:type="dxa" w:w="2880"/>
          </w:tcPr>
          <w:p>
            <w:r>
              <w:t>Einzelbehandlung</w:t>
            </w:r>
          </w:p>
        </w:tc>
        <w:tc>
          <w:tcPr>
            <w:tcW w:type="dxa" w:w="2880"/>
          </w:tcPr>
          <w:p>
            <w:r>
              <w:t>150.0 €</w:t>
            </w:r>
          </w:p>
        </w:tc>
      </w:tr>
      <w:tr>
        <w:tc>
          <w:tcPr>
            <w:tcW w:type="dxa" w:w="2880"/>
          </w:tcPr>
          <w:p>
            <w:r>
              <w:t>2026-02-22T17:56:58.568Z</w:t>
            </w:r>
          </w:p>
        </w:tc>
        <w:tc>
          <w:tcPr>
            <w:tcW w:type="dxa" w:w="2880"/>
          </w:tcPr>
          <w:p>
            <w:r>
              <w:t>Psychologische Diagnostik</w:t>
            </w:r>
          </w:p>
        </w:tc>
        <w:tc>
          <w:tcPr>
            <w:tcW w:type="dxa" w:w="2880"/>
          </w:tcPr>
          <w:p>
            <w:r>
              <w:t>324.0 €</w:t>
            </w:r>
          </w:p>
        </w:tc>
      </w:tr>
      <w:tr>
        <w:tc>
          <w:tcPr>
            <w:tcW w:type="dxa" w:w="2880"/>
          </w:tcPr>
          <w:p>
            <w:r>
              <w:t>2026-02-14T23:00:00.000Z</w:t>
            </w:r>
          </w:p>
        </w:tc>
        <w:tc>
          <w:tcPr>
            <w:tcW w:type="dxa" w:w="2880"/>
          </w:tcPr>
          <w:p>
            <w:r>
              <w:t>Psychologische Diagnostik</w:t>
            </w:r>
          </w:p>
        </w:tc>
        <w:tc>
          <w:tcPr>
            <w:tcW w:type="dxa" w:w="2880"/>
          </w:tcPr>
          <w:p>
            <w:r>
              <w:t>108.0 €</w:t>
            </w:r>
          </w:p>
        </w:tc>
      </w:tr>
      <w:tr>
        <w:tc>
          <w:tcPr>
            <w:tcW w:type="dxa" w:w="2880"/>
          </w:tcPr>
          <w:p>
            <w:r>
              <w:t>2026-02-07T23:00:00.000Z</w:t>
            </w:r>
          </w:p>
        </w:tc>
        <w:tc>
          <w:tcPr>
            <w:tcW w:type="dxa" w:w="2880"/>
          </w:tcPr>
          <w:p>
            <w:r>
              <w:t>Psychologische Behandlung</w:t>
            </w:r>
          </w:p>
        </w:tc>
        <w:tc>
          <w:tcPr>
            <w:tcW w:type="dxa" w:w="2880"/>
          </w:tcPr>
          <w:p>
            <w:r>
              <w:t>160.0 €</w:t>
            </w:r>
          </w:p>
        </w:tc>
      </w:tr>
      <w:tr>
        <w:tc>
          <w:tcPr>
            <w:tcW w:type="dxa" w:w="2880"/>
          </w:tcPr>
          <w:p>
            <w:r>
              <w:t>2026-01-31T23:00:00.000Z</w:t>
            </w:r>
          </w:p>
        </w:tc>
        <w:tc>
          <w:tcPr>
            <w:tcW w:type="dxa" w:w="2880"/>
          </w:tcPr>
          <w:p>
            <w:r>
              <w:t>Anamnesegespräch</w:t>
            </w:r>
          </w:p>
        </w:tc>
        <w:tc>
          <w:tcPr>
            <w:tcW w:type="dxa" w:w="2880"/>
          </w:tcPr>
          <w:p>
            <w:r>
              <w:t>100.0 €</w:t>
            </w:r>
          </w:p>
        </w:tc>
      </w:tr>
    </w:tbl>
    <w:p>
      <w:r>
        <w:rPr>
          <w:b/>
          <w:u w:val="double"/>
        </w:rPr>
        <w:t>Gesamt: 842.0 €</w:t>
      </w:r>
    </w:p>
    <w:p>
      <w:pPr>
        <w:pStyle w:val="Heading2"/>
      </w:pPr>
      <w:r>
        <w:t>Rechnung 10 am 2026-04-30T22:00:00.000Z</w:t>
      </w:r>
    </w:p>
    <w:p>
      <w:r>
        <w:rPr>
          <w:b/>
        </w:rPr>
        <w:t xml:space="preserve">Adresse der PatientIn: </w:t>
      </w:r>
      <w:r>
        <w:rPr>
          <w:b w:val="0"/>
        </w:rPr>
        <w:t>Erika Musterfrau</w:t>
        <w:br/>
        <w:t>Musterstrasse 3a</w:t>
        <w:br/>
        <w:t>1234 Musterhausen</w:t>
        <w:br/>
      </w:r>
      <w:r>
        <w:rPr>
          <w:b/>
        </w:rPr>
        <w:t xml:space="preserve">Rechnungstext: </w:t>
      </w:r>
      <w:r>
        <w:rPr>
          <w:b w:val="0"/>
        </w:rPr>
        <w:t>Diese Leistung ist gemäß § 6 Abs. 1 Z 19 UStG steuerbefreit.</w:t>
        <w:br/>
      </w:r>
      <w:r>
        <w:rPr>
          <w:b/>
        </w:rPr>
        <w:t xml:space="preserve">Bezahlt: </w:t>
      </w:r>
      <w:r>
        <w:rPr>
          <w:b w:val="0"/>
        </w:rPr>
        <w:t>True</w:t>
        <w:br/>
      </w:r>
      <w:r>
        <w:rPr>
          <w:b/>
        </w:rPr>
        <w:t xml:space="preserve">Interner Kommentar: </w:t>
      </w:r>
      <w:r>
        <w:rPr>
          <w:b w:val="0"/>
        </w:rPr>
        <w:t>False</w:t>
        <w:br/>
      </w:r>
      <w:r>
        <w:rPr>
          <w:b/>
        </w:rPr>
        <w:t xml:space="preserve">Rechnungsjahr: </w:t>
      </w:r>
      <w:r>
        <w:rPr>
          <w:b w:val="0"/>
        </w:rPr>
        <w:t>2026</w:t>
        <w:br/>
      </w:r>
      <w:r>
        <w:rPr>
          <w:b/>
        </w:rPr>
        <w:t xml:space="preserve">Diagnose: </w:t>
      </w:r>
      <w:r>
        <w:rPr>
          <w:b w:val="0"/>
        </w:rPr>
        <w:t>ICD10 F22.0 - Paranoid-halluzinatorische Psychose</w:t>
        <w:br/>
      </w:r>
      <w:r>
        <w:rPr>
          <w:b/>
        </w:rPr>
        <w:t xml:space="preserve">Geburtstag der PatientIn: </w:t>
      </w:r>
      <w:r>
        <w:rPr>
          <w:b w:val="0"/>
        </w:rPr>
        <w:t>16.04.1980</w:t>
        <w:br/>
      </w:r>
      <w:r>
        <w:rPr>
          <w:b/>
        </w:rPr>
        <w:t xml:space="preserve">Sozialversicherungsnummer der PatientIn: </w:t>
      </w:r>
      <w:r>
        <w:rPr>
          <w:b w:val="0"/>
        </w:rPr>
        <w:t>4567 567890</w:t>
        <w:br/>
      </w:r>
      <w:r>
        <w:rPr>
          <w:b/>
        </w:rPr>
        <w:t xml:space="preserve">Datum der Zahlung: </w:t>
      </w:r>
      <w:r>
        <w:rPr>
          <w:b w:val="0"/>
        </w:rPr>
        <w:t>2026-02-22T17:58:55.010Z</w:t>
        <w:br/>
      </w:r>
      <w:r>
        <w:rPr>
          <w:b/>
        </w:rPr>
        <w:t xml:space="preserve">Sitzungen: 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Datum</w:t>
            </w:r>
          </w:p>
        </w:tc>
        <w:tc>
          <w:tcPr>
            <w:tcW w:type="dxa" w:w="2880"/>
          </w:tcPr>
          <w:p>
            <w:r>
              <w:rPr>
                <w:b/>
              </w:rPr>
              <w:t>Leistung</w:t>
            </w:r>
          </w:p>
        </w:tc>
        <w:tc>
          <w:tcPr>
            <w:tcW w:type="dxa" w:w="2880"/>
          </w:tcPr>
          <w:p>
            <w:r>
              <w:rPr>
                <w:b/>
              </w:rPr>
              <w:t>Preis</w:t>
            </w:r>
          </w:p>
        </w:tc>
      </w:tr>
      <w:tr>
        <w:tc>
          <w:tcPr>
            <w:tcW w:type="dxa" w:w="2880"/>
          </w:tcPr>
          <w:p>
            <w:r>
              <w:t>2026-02-22T17:57:01.631Z</w:t>
            </w:r>
          </w:p>
        </w:tc>
        <w:tc>
          <w:tcPr>
            <w:tcW w:type="dxa" w:w="2880"/>
          </w:tcPr>
          <w:p>
            <w:r>
              <w:t>Einzelbehandlung</w:t>
            </w:r>
          </w:p>
        </w:tc>
        <w:tc>
          <w:tcPr>
            <w:tcW w:type="dxa" w:w="2880"/>
          </w:tcPr>
          <w:p>
            <w:r>
              <w:t>150.0 €</w:t>
            </w:r>
          </w:p>
        </w:tc>
      </w:tr>
      <w:tr>
        <w:tc>
          <w:tcPr>
            <w:tcW w:type="dxa" w:w="2880"/>
          </w:tcPr>
          <w:p>
            <w:r>
              <w:t>2026-02-22T17:56:58.568Z</w:t>
            </w:r>
          </w:p>
        </w:tc>
        <w:tc>
          <w:tcPr>
            <w:tcW w:type="dxa" w:w="2880"/>
          </w:tcPr>
          <w:p>
            <w:r>
              <w:t>Psychologische Diagnostik</w:t>
            </w:r>
          </w:p>
        </w:tc>
        <w:tc>
          <w:tcPr>
            <w:tcW w:type="dxa" w:w="2880"/>
          </w:tcPr>
          <w:p>
            <w:r>
              <w:t>324.0 €</w:t>
            </w:r>
          </w:p>
        </w:tc>
      </w:tr>
      <w:tr>
        <w:tc>
          <w:tcPr>
            <w:tcW w:type="dxa" w:w="2880"/>
          </w:tcPr>
          <w:p>
            <w:r>
              <w:t>2026-02-14T23:00:00.000Z</w:t>
            </w:r>
          </w:p>
        </w:tc>
        <w:tc>
          <w:tcPr>
            <w:tcW w:type="dxa" w:w="2880"/>
          </w:tcPr>
          <w:p>
            <w:r>
              <w:t>Psychologische Diagnostik</w:t>
            </w:r>
          </w:p>
        </w:tc>
        <w:tc>
          <w:tcPr>
            <w:tcW w:type="dxa" w:w="2880"/>
          </w:tcPr>
          <w:p>
            <w:r>
              <w:t>108.0 €</w:t>
            </w:r>
          </w:p>
        </w:tc>
      </w:tr>
      <w:tr>
        <w:tc>
          <w:tcPr>
            <w:tcW w:type="dxa" w:w="2880"/>
          </w:tcPr>
          <w:p>
            <w:r>
              <w:t>2026-02-07T23:00:00.000Z</w:t>
            </w:r>
          </w:p>
        </w:tc>
        <w:tc>
          <w:tcPr>
            <w:tcW w:type="dxa" w:w="2880"/>
          </w:tcPr>
          <w:p>
            <w:r>
              <w:t>Psychologische Behandlung</w:t>
            </w:r>
          </w:p>
        </w:tc>
        <w:tc>
          <w:tcPr>
            <w:tcW w:type="dxa" w:w="2880"/>
          </w:tcPr>
          <w:p>
            <w:r>
              <w:t>160.0 €</w:t>
            </w:r>
          </w:p>
        </w:tc>
      </w:tr>
      <w:tr>
        <w:tc>
          <w:tcPr>
            <w:tcW w:type="dxa" w:w="2880"/>
          </w:tcPr>
          <w:p>
            <w:r>
              <w:t>2026-01-31T23:00:00.000Z</w:t>
            </w:r>
          </w:p>
        </w:tc>
        <w:tc>
          <w:tcPr>
            <w:tcW w:type="dxa" w:w="2880"/>
          </w:tcPr>
          <w:p>
            <w:r>
              <w:t>Anamnesegespräch</w:t>
            </w:r>
          </w:p>
        </w:tc>
        <w:tc>
          <w:tcPr>
            <w:tcW w:type="dxa" w:w="2880"/>
          </w:tcPr>
          <w:p>
            <w:r>
              <w:t>100.0 €</w:t>
            </w:r>
          </w:p>
        </w:tc>
      </w:tr>
    </w:tbl>
    <w:p>
      <w:r>
        <w:rPr>
          <w:b/>
          <w:u w:val="double"/>
        </w:rPr>
        <w:t>Gesamt: 842.0 €</w:t>
      </w:r>
    </w:p>
    <w:p>
      <w:pPr>
        <w:pStyle w:val="Heading2"/>
      </w:pPr>
      <w:r>
        <w:t>Rechnung 9 am 2026-03-31T22:00:00.000Z</w:t>
      </w:r>
    </w:p>
    <w:p>
      <w:r>
        <w:rPr>
          <w:b/>
        </w:rPr>
        <w:t xml:space="preserve">Adresse der PatientIn: </w:t>
      </w:r>
      <w:r>
        <w:rPr>
          <w:b w:val="0"/>
        </w:rPr>
        <w:t>Erika Musterfrau</w:t>
        <w:br/>
        <w:t>Musterstrasse 3a</w:t>
        <w:br/>
        <w:t>1234 Musterhausen</w:t>
        <w:br/>
      </w:r>
      <w:r>
        <w:rPr>
          <w:b/>
        </w:rPr>
        <w:t xml:space="preserve">Rechnungstext: </w:t>
      </w:r>
      <w:r>
        <w:rPr>
          <w:b w:val="0"/>
        </w:rPr>
        <w:t>Diese Leistung ist gemäß § 6 Abs. 1 Z 19 UStG steuerbefreit.</w:t>
        <w:br/>
      </w:r>
      <w:r>
        <w:rPr>
          <w:b/>
        </w:rPr>
        <w:t xml:space="preserve">Bezahlt: </w:t>
      </w:r>
      <w:r>
        <w:rPr>
          <w:b w:val="0"/>
        </w:rPr>
        <w:t>True</w:t>
        <w:br/>
      </w:r>
      <w:r>
        <w:rPr>
          <w:b/>
        </w:rPr>
        <w:t xml:space="preserve">Interner Kommentar: </w:t>
      </w:r>
      <w:r>
        <w:rPr>
          <w:b w:val="0"/>
        </w:rPr>
        <w:t>False</w:t>
        <w:br/>
      </w:r>
      <w:r>
        <w:rPr>
          <w:b/>
        </w:rPr>
        <w:t xml:space="preserve">Rechnungsjahr: </w:t>
      </w:r>
      <w:r>
        <w:rPr>
          <w:b w:val="0"/>
        </w:rPr>
        <w:t>2026</w:t>
        <w:br/>
      </w:r>
      <w:r>
        <w:rPr>
          <w:b/>
        </w:rPr>
        <w:t xml:space="preserve">Diagnose: </w:t>
      </w:r>
      <w:r>
        <w:rPr>
          <w:b w:val="0"/>
        </w:rPr>
        <w:t>ICD10 F22.0 - Paranoid-halluzinatorische Psychose</w:t>
        <w:br/>
      </w:r>
      <w:r>
        <w:rPr>
          <w:b/>
        </w:rPr>
        <w:t xml:space="preserve">Geburtstag der PatientIn: </w:t>
      </w:r>
      <w:r>
        <w:rPr>
          <w:b w:val="0"/>
        </w:rPr>
        <w:t>16.04.1980</w:t>
        <w:br/>
      </w:r>
      <w:r>
        <w:rPr>
          <w:b/>
        </w:rPr>
        <w:t xml:space="preserve">Sozialversicherungsnummer der PatientIn: </w:t>
      </w:r>
      <w:r>
        <w:rPr>
          <w:b w:val="0"/>
        </w:rPr>
        <w:t>4567 567890</w:t>
        <w:br/>
      </w:r>
      <w:r>
        <w:rPr>
          <w:b/>
        </w:rPr>
        <w:t xml:space="preserve">Datum der Zahlung: </w:t>
      </w:r>
      <w:r>
        <w:rPr>
          <w:b w:val="0"/>
        </w:rPr>
        <w:t>2026-02-22T17:58:53.287Z</w:t>
        <w:br/>
      </w:r>
      <w:r>
        <w:rPr>
          <w:b/>
        </w:rPr>
        <w:t xml:space="preserve">Sitzungen: 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Datum</w:t>
            </w:r>
          </w:p>
        </w:tc>
        <w:tc>
          <w:tcPr>
            <w:tcW w:type="dxa" w:w="2880"/>
          </w:tcPr>
          <w:p>
            <w:r>
              <w:rPr>
                <w:b/>
              </w:rPr>
              <w:t>Leistung</w:t>
            </w:r>
          </w:p>
        </w:tc>
        <w:tc>
          <w:tcPr>
            <w:tcW w:type="dxa" w:w="2880"/>
          </w:tcPr>
          <w:p>
            <w:r>
              <w:rPr>
                <w:b/>
              </w:rPr>
              <w:t>Preis</w:t>
            </w:r>
          </w:p>
        </w:tc>
      </w:tr>
      <w:tr>
        <w:tc>
          <w:tcPr>
            <w:tcW w:type="dxa" w:w="2880"/>
          </w:tcPr>
          <w:p>
            <w:r>
              <w:t>2026-02-22T17:57:01.631Z</w:t>
            </w:r>
          </w:p>
        </w:tc>
        <w:tc>
          <w:tcPr>
            <w:tcW w:type="dxa" w:w="2880"/>
          </w:tcPr>
          <w:p>
            <w:r>
              <w:t>Einzelbehandlung</w:t>
            </w:r>
          </w:p>
        </w:tc>
        <w:tc>
          <w:tcPr>
            <w:tcW w:type="dxa" w:w="2880"/>
          </w:tcPr>
          <w:p>
            <w:r>
              <w:t>150.0 €</w:t>
            </w:r>
          </w:p>
        </w:tc>
      </w:tr>
      <w:tr>
        <w:tc>
          <w:tcPr>
            <w:tcW w:type="dxa" w:w="2880"/>
          </w:tcPr>
          <w:p>
            <w:r>
              <w:t>2026-02-22T17:56:58.568Z</w:t>
            </w:r>
          </w:p>
        </w:tc>
        <w:tc>
          <w:tcPr>
            <w:tcW w:type="dxa" w:w="2880"/>
          </w:tcPr>
          <w:p>
            <w:r>
              <w:t>Psychologische Diagnostik</w:t>
            </w:r>
          </w:p>
        </w:tc>
        <w:tc>
          <w:tcPr>
            <w:tcW w:type="dxa" w:w="2880"/>
          </w:tcPr>
          <w:p>
            <w:r>
              <w:t>324.0 €</w:t>
            </w:r>
          </w:p>
        </w:tc>
      </w:tr>
      <w:tr>
        <w:tc>
          <w:tcPr>
            <w:tcW w:type="dxa" w:w="2880"/>
          </w:tcPr>
          <w:p>
            <w:r>
              <w:t>2026-02-14T23:00:00.000Z</w:t>
            </w:r>
          </w:p>
        </w:tc>
        <w:tc>
          <w:tcPr>
            <w:tcW w:type="dxa" w:w="2880"/>
          </w:tcPr>
          <w:p>
            <w:r>
              <w:t>Psychologische Diagnostik</w:t>
            </w:r>
          </w:p>
        </w:tc>
        <w:tc>
          <w:tcPr>
            <w:tcW w:type="dxa" w:w="2880"/>
          </w:tcPr>
          <w:p>
            <w:r>
              <w:t>108.0 €</w:t>
            </w:r>
          </w:p>
        </w:tc>
      </w:tr>
      <w:tr>
        <w:tc>
          <w:tcPr>
            <w:tcW w:type="dxa" w:w="2880"/>
          </w:tcPr>
          <w:p>
            <w:r>
              <w:t>2026-02-07T23:00:00.000Z</w:t>
            </w:r>
          </w:p>
        </w:tc>
        <w:tc>
          <w:tcPr>
            <w:tcW w:type="dxa" w:w="2880"/>
          </w:tcPr>
          <w:p>
            <w:r>
              <w:t>Psychologische Behandlung</w:t>
            </w:r>
          </w:p>
        </w:tc>
        <w:tc>
          <w:tcPr>
            <w:tcW w:type="dxa" w:w="2880"/>
          </w:tcPr>
          <w:p>
            <w:r>
              <w:t>160.0 €</w:t>
            </w:r>
          </w:p>
        </w:tc>
      </w:tr>
      <w:tr>
        <w:tc>
          <w:tcPr>
            <w:tcW w:type="dxa" w:w="2880"/>
          </w:tcPr>
          <w:p>
            <w:r>
              <w:t>2026-01-31T23:00:00.000Z</w:t>
            </w:r>
          </w:p>
        </w:tc>
        <w:tc>
          <w:tcPr>
            <w:tcW w:type="dxa" w:w="2880"/>
          </w:tcPr>
          <w:p>
            <w:r>
              <w:t>Anamnesegespräch</w:t>
            </w:r>
          </w:p>
        </w:tc>
        <w:tc>
          <w:tcPr>
            <w:tcW w:type="dxa" w:w="2880"/>
          </w:tcPr>
          <w:p>
            <w:r>
              <w:t>100.0 €</w:t>
            </w:r>
          </w:p>
        </w:tc>
      </w:tr>
    </w:tbl>
    <w:p>
      <w:r>
        <w:rPr>
          <w:b/>
          <w:u w:val="double"/>
        </w:rPr>
        <w:t>Gesamt: 842.0 €</w:t>
      </w:r>
    </w:p>
    <w:p>
      <w:pPr>
        <w:pStyle w:val="Heading2"/>
      </w:pPr>
      <w:r>
        <w:t>Rechnung 8 am 2026-02-28T23:00:00.000Z</w:t>
      </w:r>
    </w:p>
    <w:p>
      <w:r>
        <w:rPr>
          <w:b/>
        </w:rPr>
        <w:t xml:space="preserve">Adresse der PatientIn: </w:t>
      </w:r>
      <w:r>
        <w:rPr>
          <w:b w:val="0"/>
        </w:rPr>
        <w:t>Erika Musterfrau</w:t>
        <w:br/>
        <w:t>Musterstrasse 3a</w:t>
        <w:br/>
        <w:t>1234 Musterhausen</w:t>
        <w:br/>
      </w:r>
      <w:r>
        <w:rPr>
          <w:b/>
        </w:rPr>
        <w:t xml:space="preserve">Rechnungstext: </w:t>
      </w:r>
      <w:r>
        <w:rPr>
          <w:b w:val="0"/>
        </w:rPr>
        <w:t>Diese Leistung ist gemäß § 6 Abs. 1 Z 19 UStG steuerbefreit.</w:t>
        <w:br/>
      </w:r>
      <w:r>
        <w:rPr>
          <w:b/>
        </w:rPr>
        <w:t xml:space="preserve">Bezahlt: </w:t>
      </w:r>
      <w:r>
        <w:rPr>
          <w:b w:val="0"/>
        </w:rPr>
        <w:t>True</w:t>
        <w:br/>
      </w:r>
      <w:r>
        <w:rPr>
          <w:b/>
        </w:rPr>
        <w:t xml:space="preserve">Interner Kommentar: </w:t>
      </w:r>
      <w:r>
        <w:rPr>
          <w:b w:val="0"/>
        </w:rPr>
        <w:t>False</w:t>
        <w:br/>
      </w:r>
      <w:r>
        <w:rPr>
          <w:b/>
        </w:rPr>
        <w:t xml:space="preserve">Rechnungsjahr: </w:t>
      </w:r>
      <w:r>
        <w:rPr>
          <w:b w:val="0"/>
        </w:rPr>
        <w:t>2026</w:t>
        <w:br/>
      </w:r>
      <w:r>
        <w:rPr>
          <w:b/>
        </w:rPr>
        <w:t xml:space="preserve">Diagnose: </w:t>
      </w:r>
      <w:r>
        <w:rPr>
          <w:b w:val="0"/>
        </w:rPr>
        <w:t>ICD10 F22.0 - Paranoid-halluzinatorische Psychose</w:t>
        <w:br/>
      </w:r>
      <w:r>
        <w:rPr>
          <w:b/>
        </w:rPr>
        <w:t xml:space="preserve">Geburtstag der PatientIn: </w:t>
      </w:r>
      <w:r>
        <w:rPr>
          <w:b w:val="0"/>
        </w:rPr>
        <w:t>16.04.1980</w:t>
        <w:br/>
      </w:r>
      <w:r>
        <w:rPr>
          <w:b/>
        </w:rPr>
        <w:t xml:space="preserve">Sozialversicherungsnummer der PatientIn: </w:t>
      </w:r>
      <w:r>
        <w:rPr>
          <w:b w:val="0"/>
        </w:rPr>
        <w:t>4567 567890</w:t>
        <w:br/>
      </w:r>
      <w:r>
        <w:rPr>
          <w:b/>
        </w:rPr>
        <w:t xml:space="preserve">Datum der Zahlung: </w:t>
      </w:r>
      <w:r>
        <w:rPr>
          <w:b w:val="0"/>
        </w:rPr>
        <w:t>2026-02-22T17:58:51.561Z</w:t>
        <w:br/>
      </w:r>
      <w:r>
        <w:rPr>
          <w:b/>
        </w:rPr>
        <w:t xml:space="preserve">Sitzungen: 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Datum</w:t>
            </w:r>
          </w:p>
        </w:tc>
        <w:tc>
          <w:tcPr>
            <w:tcW w:type="dxa" w:w="2880"/>
          </w:tcPr>
          <w:p>
            <w:r>
              <w:rPr>
                <w:b/>
              </w:rPr>
              <w:t>Leistung</w:t>
            </w:r>
          </w:p>
        </w:tc>
        <w:tc>
          <w:tcPr>
            <w:tcW w:type="dxa" w:w="2880"/>
          </w:tcPr>
          <w:p>
            <w:r>
              <w:rPr>
                <w:b/>
              </w:rPr>
              <w:t>Preis</w:t>
            </w:r>
          </w:p>
        </w:tc>
      </w:tr>
      <w:tr>
        <w:tc>
          <w:tcPr>
            <w:tcW w:type="dxa" w:w="2880"/>
          </w:tcPr>
          <w:p>
            <w:r>
              <w:t>2026-02-22T17:57:01.631Z</w:t>
            </w:r>
          </w:p>
        </w:tc>
        <w:tc>
          <w:tcPr>
            <w:tcW w:type="dxa" w:w="2880"/>
          </w:tcPr>
          <w:p>
            <w:r>
              <w:t>Einzelbehandlung</w:t>
            </w:r>
          </w:p>
        </w:tc>
        <w:tc>
          <w:tcPr>
            <w:tcW w:type="dxa" w:w="2880"/>
          </w:tcPr>
          <w:p>
            <w:r>
              <w:t>150.0 €</w:t>
            </w:r>
          </w:p>
        </w:tc>
      </w:tr>
      <w:tr>
        <w:tc>
          <w:tcPr>
            <w:tcW w:type="dxa" w:w="2880"/>
          </w:tcPr>
          <w:p>
            <w:r>
              <w:t>2026-02-22T17:56:58.568Z</w:t>
            </w:r>
          </w:p>
        </w:tc>
        <w:tc>
          <w:tcPr>
            <w:tcW w:type="dxa" w:w="2880"/>
          </w:tcPr>
          <w:p>
            <w:r>
              <w:t>Psychologische Diagnostik</w:t>
            </w:r>
          </w:p>
        </w:tc>
        <w:tc>
          <w:tcPr>
            <w:tcW w:type="dxa" w:w="2880"/>
          </w:tcPr>
          <w:p>
            <w:r>
              <w:t>324.0 €</w:t>
            </w:r>
          </w:p>
        </w:tc>
      </w:tr>
      <w:tr>
        <w:tc>
          <w:tcPr>
            <w:tcW w:type="dxa" w:w="2880"/>
          </w:tcPr>
          <w:p>
            <w:r>
              <w:t>2026-02-14T23:00:00.000Z</w:t>
            </w:r>
          </w:p>
        </w:tc>
        <w:tc>
          <w:tcPr>
            <w:tcW w:type="dxa" w:w="2880"/>
          </w:tcPr>
          <w:p>
            <w:r>
              <w:t>Psychologische Diagnostik</w:t>
            </w:r>
          </w:p>
        </w:tc>
        <w:tc>
          <w:tcPr>
            <w:tcW w:type="dxa" w:w="2880"/>
          </w:tcPr>
          <w:p>
            <w:r>
              <w:t>108.0 €</w:t>
            </w:r>
          </w:p>
        </w:tc>
      </w:tr>
      <w:tr>
        <w:tc>
          <w:tcPr>
            <w:tcW w:type="dxa" w:w="2880"/>
          </w:tcPr>
          <w:p>
            <w:r>
              <w:t>2026-02-07T23:00:00.000Z</w:t>
            </w:r>
          </w:p>
        </w:tc>
        <w:tc>
          <w:tcPr>
            <w:tcW w:type="dxa" w:w="2880"/>
          </w:tcPr>
          <w:p>
            <w:r>
              <w:t>Psychologische Behandlung</w:t>
            </w:r>
          </w:p>
        </w:tc>
        <w:tc>
          <w:tcPr>
            <w:tcW w:type="dxa" w:w="2880"/>
          </w:tcPr>
          <w:p>
            <w:r>
              <w:t>160.0 €</w:t>
            </w:r>
          </w:p>
        </w:tc>
      </w:tr>
      <w:tr>
        <w:tc>
          <w:tcPr>
            <w:tcW w:type="dxa" w:w="2880"/>
          </w:tcPr>
          <w:p>
            <w:r>
              <w:t>2026-01-31T23:00:00.000Z</w:t>
            </w:r>
          </w:p>
        </w:tc>
        <w:tc>
          <w:tcPr>
            <w:tcW w:type="dxa" w:w="2880"/>
          </w:tcPr>
          <w:p>
            <w:r>
              <w:t>Anamnesegespräch</w:t>
            </w:r>
          </w:p>
        </w:tc>
        <w:tc>
          <w:tcPr>
            <w:tcW w:type="dxa" w:w="2880"/>
          </w:tcPr>
          <w:p>
            <w:r>
              <w:t>100.0 €</w:t>
            </w:r>
          </w:p>
        </w:tc>
      </w:tr>
    </w:tbl>
    <w:p>
      <w:r>
        <w:rPr>
          <w:b/>
          <w:u w:val="double"/>
        </w:rPr>
        <w:t>Gesamt: 842.0 €</w:t>
      </w:r>
    </w:p>
    <w:p>
      <w:pPr>
        <w:pStyle w:val="Heading2"/>
      </w:pPr>
      <w:r>
        <w:t>Rechnung 7 am 2026-01-31T23:00:00.000Z</w:t>
      </w:r>
    </w:p>
    <w:p>
      <w:r>
        <w:rPr>
          <w:b/>
        </w:rPr>
        <w:t xml:space="preserve">Adresse der PatientIn: </w:t>
      </w:r>
      <w:r>
        <w:rPr>
          <w:b w:val="0"/>
        </w:rPr>
        <w:t>Erika Musterfrau</w:t>
        <w:br/>
        <w:t>Musterstrasse 3a</w:t>
        <w:br/>
        <w:t>1234 Musterhausen</w:t>
        <w:br/>
      </w:r>
      <w:r>
        <w:rPr>
          <w:b/>
        </w:rPr>
        <w:t xml:space="preserve">Rechnungstext: </w:t>
      </w:r>
      <w:r>
        <w:rPr>
          <w:b w:val="0"/>
        </w:rPr>
        <w:t>Diese Leistung ist gemäß § 6 Abs. 1 Z 19 UStG steuerbefreit.</w:t>
        <w:br/>
      </w:r>
      <w:r>
        <w:rPr>
          <w:b/>
        </w:rPr>
        <w:t xml:space="preserve">Bezahlt: </w:t>
      </w:r>
      <w:r>
        <w:rPr>
          <w:b w:val="0"/>
        </w:rPr>
        <w:t>True</w:t>
        <w:br/>
      </w:r>
      <w:r>
        <w:rPr>
          <w:b/>
        </w:rPr>
        <w:t xml:space="preserve">Interner Kommentar: </w:t>
      </w:r>
      <w:r>
        <w:rPr>
          <w:b w:val="0"/>
        </w:rPr>
        <w:t>False</w:t>
        <w:br/>
      </w:r>
      <w:r>
        <w:rPr>
          <w:b/>
        </w:rPr>
        <w:t xml:space="preserve">Rechnungsjahr: </w:t>
      </w:r>
      <w:r>
        <w:rPr>
          <w:b w:val="0"/>
        </w:rPr>
        <w:t>2026</w:t>
        <w:br/>
      </w:r>
      <w:r>
        <w:rPr>
          <w:b/>
        </w:rPr>
        <w:t xml:space="preserve">Diagnose: </w:t>
      </w:r>
      <w:r>
        <w:rPr>
          <w:b w:val="0"/>
        </w:rPr>
        <w:t>ICD10 F22.0 - Paranoid-halluzinatorische Psychose</w:t>
        <w:br/>
      </w:r>
      <w:r>
        <w:rPr>
          <w:b/>
        </w:rPr>
        <w:t xml:space="preserve">Geburtstag der PatientIn: </w:t>
      </w:r>
      <w:r>
        <w:rPr>
          <w:b w:val="0"/>
        </w:rPr>
        <w:t>16.04.1980</w:t>
        <w:br/>
      </w:r>
      <w:r>
        <w:rPr>
          <w:b/>
        </w:rPr>
        <w:t xml:space="preserve">Sozialversicherungsnummer der PatientIn: </w:t>
      </w:r>
      <w:r>
        <w:rPr>
          <w:b w:val="0"/>
        </w:rPr>
        <w:t>4567 567890</w:t>
        <w:br/>
      </w:r>
      <w:r>
        <w:rPr>
          <w:b/>
        </w:rPr>
        <w:t xml:space="preserve">Datum der Zahlung: </w:t>
      </w:r>
      <w:r>
        <w:rPr>
          <w:b w:val="0"/>
        </w:rPr>
        <w:t>2026-02-22T17:58:49.827Z</w:t>
        <w:br/>
      </w:r>
      <w:r>
        <w:rPr>
          <w:b/>
        </w:rPr>
        <w:t xml:space="preserve">Sitzungen: 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Datum</w:t>
            </w:r>
          </w:p>
        </w:tc>
        <w:tc>
          <w:tcPr>
            <w:tcW w:type="dxa" w:w="2880"/>
          </w:tcPr>
          <w:p>
            <w:r>
              <w:rPr>
                <w:b/>
              </w:rPr>
              <w:t>Leistung</w:t>
            </w:r>
          </w:p>
        </w:tc>
        <w:tc>
          <w:tcPr>
            <w:tcW w:type="dxa" w:w="2880"/>
          </w:tcPr>
          <w:p>
            <w:r>
              <w:rPr>
                <w:b/>
              </w:rPr>
              <w:t>Preis</w:t>
            </w:r>
          </w:p>
        </w:tc>
      </w:tr>
      <w:tr>
        <w:tc>
          <w:tcPr>
            <w:tcW w:type="dxa" w:w="2880"/>
          </w:tcPr>
          <w:p>
            <w:r>
              <w:t>2026-02-22T17:57:01.631Z</w:t>
            </w:r>
          </w:p>
        </w:tc>
        <w:tc>
          <w:tcPr>
            <w:tcW w:type="dxa" w:w="2880"/>
          </w:tcPr>
          <w:p>
            <w:r>
              <w:t>Einzelbehandlung</w:t>
            </w:r>
          </w:p>
        </w:tc>
        <w:tc>
          <w:tcPr>
            <w:tcW w:type="dxa" w:w="2880"/>
          </w:tcPr>
          <w:p>
            <w:r>
              <w:t>150.0 €</w:t>
            </w:r>
          </w:p>
        </w:tc>
      </w:tr>
      <w:tr>
        <w:tc>
          <w:tcPr>
            <w:tcW w:type="dxa" w:w="2880"/>
          </w:tcPr>
          <w:p>
            <w:r>
              <w:t>2026-02-22T17:56:58.568Z</w:t>
            </w:r>
          </w:p>
        </w:tc>
        <w:tc>
          <w:tcPr>
            <w:tcW w:type="dxa" w:w="2880"/>
          </w:tcPr>
          <w:p>
            <w:r>
              <w:t>Psychologische Diagnostik</w:t>
            </w:r>
          </w:p>
        </w:tc>
        <w:tc>
          <w:tcPr>
            <w:tcW w:type="dxa" w:w="2880"/>
          </w:tcPr>
          <w:p>
            <w:r>
              <w:t>324.0 €</w:t>
            </w:r>
          </w:p>
        </w:tc>
      </w:tr>
      <w:tr>
        <w:tc>
          <w:tcPr>
            <w:tcW w:type="dxa" w:w="2880"/>
          </w:tcPr>
          <w:p>
            <w:r>
              <w:t>2026-02-14T23:00:00.000Z</w:t>
            </w:r>
          </w:p>
        </w:tc>
        <w:tc>
          <w:tcPr>
            <w:tcW w:type="dxa" w:w="2880"/>
          </w:tcPr>
          <w:p>
            <w:r>
              <w:t>Psychologische Diagnostik</w:t>
            </w:r>
          </w:p>
        </w:tc>
        <w:tc>
          <w:tcPr>
            <w:tcW w:type="dxa" w:w="2880"/>
          </w:tcPr>
          <w:p>
            <w:r>
              <w:t>108.0 €</w:t>
            </w:r>
          </w:p>
        </w:tc>
      </w:tr>
      <w:tr>
        <w:tc>
          <w:tcPr>
            <w:tcW w:type="dxa" w:w="2880"/>
          </w:tcPr>
          <w:p>
            <w:r>
              <w:t>2026-02-07T23:00:00.000Z</w:t>
            </w:r>
          </w:p>
        </w:tc>
        <w:tc>
          <w:tcPr>
            <w:tcW w:type="dxa" w:w="2880"/>
          </w:tcPr>
          <w:p>
            <w:r>
              <w:t>Psychologische Behandlung</w:t>
            </w:r>
          </w:p>
        </w:tc>
        <w:tc>
          <w:tcPr>
            <w:tcW w:type="dxa" w:w="2880"/>
          </w:tcPr>
          <w:p>
            <w:r>
              <w:t>160.0 €</w:t>
            </w:r>
          </w:p>
        </w:tc>
      </w:tr>
      <w:tr>
        <w:tc>
          <w:tcPr>
            <w:tcW w:type="dxa" w:w="2880"/>
          </w:tcPr>
          <w:p>
            <w:r>
              <w:t>2026-01-31T23:00:00.000Z</w:t>
            </w:r>
          </w:p>
        </w:tc>
        <w:tc>
          <w:tcPr>
            <w:tcW w:type="dxa" w:w="2880"/>
          </w:tcPr>
          <w:p>
            <w:r>
              <w:t>Anamnesegespräch</w:t>
            </w:r>
          </w:p>
        </w:tc>
        <w:tc>
          <w:tcPr>
            <w:tcW w:type="dxa" w:w="2880"/>
          </w:tcPr>
          <w:p>
            <w:r>
              <w:t>100.0 €</w:t>
            </w:r>
          </w:p>
        </w:tc>
      </w:tr>
    </w:tbl>
    <w:p>
      <w:r>
        <w:rPr>
          <w:b/>
          <w:u w:val="double"/>
        </w:rPr>
        <w:t>Gesamt: 842.0 €</w:t>
      </w:r>
    </w:p>
    <w:p>
      <w:pPr>
        <w:pStyle w:val="Heading2"/>
      </w:pPr>
      <w:r>
        <w:t>Rechnung 6 am 2025-12-31T23:00:00.000Z</w:t>
      </w:r>
    </w:p>
    <w:p>
      <w:r>
        <w:rPr>
          <w:b/>
        </w:rPr>
        <w:t xml:space="preserve">Adresse der PatientIn: </w:t>
      </w:r>
      <w:r>
        <w:rPr>
          <w:b w:val="0"/>
        </w:rPr>
        <w:t>Erika Musterfrau</w:t>
        <w:br/>
        <w:t>Musterstrasse 3a</w:t>
        <w:br/>
        <w:t>1234 Musterhausen</w:t>
        <w:br/>
      </w:r>
      <w:r>
        <w:rPr>
          <w:b/>
        </w:rPr>
        <w:t xml:space="preserve">Rechnungstext: </w:t>
      </w:r>
      <w:r>
        <w:rPr>
          <w:b w:val="0"/>
        </w:rPr>
        <w:t>Diese Leistung ist gemäß § 6 Abs. 1 Z 19 UStG steuerbefreit.</w:t>
        <w:br/>
      </w:r>
      <w:r>
        <w:rPr>
          <w:b/>
        </w:rPr>
        <w:t xml:space="preserve">Bezahlt: </w:t>
      </w:r>
      <w:r>
        <w:rPr>
          <w:b w:val="0"/>
        </w:rPr>
        <w:t>True</w:t>
        <w:br/>
      </w:r>
      <w:r>
        <w:rPr>
          <w:b/>
        </w:rPr>
        <w:t xml:space="preserve">Interner Kommentar: </w:t>
      </w:r>
      <w:r>
        <w:rPr>
          <w:b w:val="0"/>
        </w:rPr>
        <w:t>False</w:t>
        <w:br/>
      </w:r>
      <w:r>
        <w:rPr>
          <w:b/>
        </w:rPr>
        <w:t xml:space="preserve">Rechnungsjahr: </w:t>
      </w:r>
      <w:r>
        <w:rPr>
          <w:b w:val="0"/>
        </w:rPr>
        <w:t>2026</w:t>
        <w:br/>
      </w:r>
      <w:r>
        <w:rPr>
          <w:b/>
        </w:rPr>
        <w:t xml:space="preserve">Diagnose: </w:t>
      </w:r>
      <w:r>
        <w:rPr>
          <w:b w:val="0"/>
        </w:rPr>
        <w:t>ICD10 F22.0 - Paranoid-halluzinatorische Psychose</w:t>
        <w:br/>
      </w:r>
      <w:r>
        <w:rPr>
          <w:b/>
        </w:rPr>
        <w:t xml:space="preserve">Geburtstag der PatientIn: </w:t>
      </w:r>
      <w:r>
        <w:rPr>
          <w:b w:val="0"/>
        </w:rPr>
        <w:t>16.04.1980</w:t>
        <w:br/>
      </w:r>
      <w:r>
        <w:rPr>
          <w:b/>
        </w:rPr>
        <w:t xml:space="preserve">Sozialversicherungsnummer der PatientIn: </w:t>
      </w:r>
      <w:r>
        <w:rPr>
          <w:b w:val="0"/>
        </w:rPr>
        <w:t>4567 567890</w:t>
        <w:br/>
      </w:r>
      <w:r>
        <w:rPr>
          <w:b/>
        </w:rPr>
        <w:t xml:space="preserve">Datum der Zahlung: </w:t>
      </w:r>
      <w:r>
        <w:rPr>
          <w:b w:val="0"/>
        </w:rPr>
        <w:t>2026-02-22T17:58:48.090Z</w:t>
        <w:br/>
      </w:r>
      <w:r>
        <w:rPr>
          <w:b/>
        </w:rPr>
        <w:t xml:space="preserve">Sitzungen: 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Datum</w:t>
            </w:r>
          </w:p>
        </w:tc>
        <w:tc>
          <w:tcPr>
            <w:tcW w:type="dxa" w:w="2880"/>
          </w:tcPr>
          <w:p>
            <w:r>
              <w:rPr>
                <w:b/>
              </w:rPr>
              <w:t>Leistung</w:t>
            </w:r>
          </w:p>
        </w:tc>
        <w:tc>
          <w:tcPr>
            <w:tcW w:type="dxa" w:w="2880"/>
          </w:tcPr>
          <w:p>
            <w:r>
              <w:rPr>
                <w:b/>
              </w:rPr>
              <w:t>Preis</w:t>
            </w:r>
          </w:p>
        </w:tc>
      </w:tr>
      <w:tr>
        <w:tc>
          <w:tcPr>
            <w:tcW w:type="dxa" w:w="2880"/>
          </w:tcPr>
          <w:p>
            <w:r>
              <w:t>2026-02-22T17:57:01.631Z</w:t>
            </w:r>
          </w:p>
        </w:tc>
        <w:tc>
          <w:tcPr>
            <w:tcW w:type="dxa" w:w="2880"/>
          </w:tcPr>
          <w:p>
            <w:r>
              <w:t>Einzelbehandlung</w:t>
            </w:r>
          </w:p>
        </w:tc>
        <w:tc>
          <w:tcPr>
            <w:tcW w:type="dxa" w:w="2880"/>
          </w:tcPr>
          <w:p>
            <w:r>
              <w:t>150.0 €</w:t>
            </w:r>
          </w:p>
        </w:tc>
      </w:tr>
      <w:tr>
        <w:tc>
          <w:tcPr>
            <w:tcW w:type="dxa" w:w="2880"/>
          </w:tcPr>
          <w:p>
            <w:r>
              <w:t>2026-02-22T17:56:58.568Z</w:t>
            </w:r>
          </w:p>
        </w:tc>
        <w:tc>
          <w:tcPr>
            <w:tcW w:type="dxa" w:w="2880"/>
          </w:tcPr>
          <w:p>
            <w:r>
              <w:t>Psychologische Diagnostik</w:t>
            </w:r>
          </w:p>
        </w:tc>
        <w:tc>
          <w:tcPr>
            <w:tcW w:type="dxa" w:w="2880"/>
          </w:tcPr>
          <w:p>
            <w:r>
              <w:t>324.0 €</w:t>
            </w:r>
          </w:p>
        </w:tc>
      </w:tr>
      <w:tr>
        <w:tc>
          <w:tcPr>
            <w:tcW w:type="dxa" w:w="2880"/>
          </w:tcPr>
          <w:p>
            <w:r>
              <w:t>2026-02-14T23:00:00.000Z</w:t>
            </w:r>
          </w:p>
        </w:tc>
        <w:tc>
          <w:tcPr>
            <w:tcW w:type="dxa" w:w="2880"/>
          </w:tcPr>
          <w:p>
            <w:r>
              <w:t>Psychologische Diagnostik</w:t>
            </w:r>
          </w:p>
        </w:tc>
        <w:tc>
          <w:tcPr>
            <w:tcW w:type="dxa" w:w="2880"/>
          </w:tcPr>
          <w:p>
            <w:r>
              <w:t>108.0 €</w:t>
            </w:r>
          </w:p>
        </w:tc>
      </w:tr>
      <w:tr>
        <w:tc>
          <w:tcPr>
            <w:tcW w:type="dxa" w:w="2880"/>
          </w:tcPr>
          <w:p>
            <w:r>
              <w:t>2026-02-07T23:00:00.000Z</w:t>
            </w:r>
          </w:p>
        </w:tc>
        <w:tc>
          <w:tcPr>
            <w:tcW w:type="dxa" w:w="2880"/>
          </w:tcPr>
          <w:p>
            <w:r>
              <w:t>Psychologische Behandlung</w:t>
            </w:r>
          </w:p>
        </w:tc>
        <w:tc>
          <w:tcPr>
            <w:tcW w:type="dxa" w:w="2880"/>
          </w:tcPr>
          <w:p>
            <w:r>
              <w:t>160.0 €</w:t>
            </w:r>
          </w:p>
        </w:tc>
      </w:tr>
      <w:tr>
        <w:tc>
          <w:tcPr>
            <w:tcW w:type="dxa" w:w="2880"/>
          </w:tcPr>
          <w:p>
            <w:r>
              <w:t>2026-01-31T23:00:00.000Z</w:t>
            </w:r>
          </w:p>
        </w:tc>
        <w:tc>
          <w:tcPr>
            <w:tcW w:type="dxa" w:w="2880"/>
          </w:tcPr>
          <w:p>
            <w:r>
              <w:t>Anamnesegespräch</w:t>
            </w:r>
          </w:p>
        </w:tc>
        <w:tc>
          <w:tcPr>
            <w:tcW w:type="dxa" w:w="2880"/>
          </w:tcPr>
          <w:p>
            <w:r>
              <w:t>100.0 €</w:t>
            </w:r>
          </w:p>
        </w:tc>
      </w:tr>
    </w:tbl>
    <w:p>
      <w:r>
        <w:rPr>
          <w:b/>
          <w:u w:val="double"/>
        </w:rPr>
        <w:t>Gesamt: 842.0 €</w:t>
      </w:r>
    </w:p>
    <w:p>
      <w:pPr>
        <w:pStyle w:val="Heading2"/>
      </w:pPr>
      <w:r>
        <w:t>Rechnung 4 am 2026-02-22T17:58:36.961Z</w:t>
      </w:r>
    </w:p>
    <w:p>
      <w:r>
        <w:rPr>
          <w:b/>
        </w:rPr>
        <w:t xml:space="preserve">Adresse der PatientIn: </w:t>
      </w:r>
      <w:r>
        <w:rPr>
          <w:b w:val="0"/>
        </w:rPr>
        <w:t>Erika Musterfrau</w:t>
        <w:br/>
        <w:t>Musterstrasse 3a</w:t>
        <w:br/>
        <w:t>1234 Musterhausen</w:t>
        <w:br/>
      </w:r>
      <w:r>
        <w:rPr>
          <w:b/>
        </w:rPr>
        <w:t xml:space="preserve">Rechnungstext: </w:t>
      </w:r>
      <w:r>
        <w:rPr>
          <w:b w:val="0"/>
        </w:rPr>
        <w:t>Diese Leistung ist gemäß § 6 Abs. 1 Z 19 UStG steuerbefreit.</w:t>
        <w:br/>
      </w:r>
      <w:r>
        <w:rPr>
          <w:b/>
        </w:rPr>
        <w:t xml:space="preserve">Bezahlt: </w:t>
      </w:r>
      <w:r>
        <w:rPr>
          <w:b w:val="0"/>
        </w:rPr>
        <w:t>True</w:t>
        <w:br/>
      </w:r>
      <w:r>
        <w:rPr>
          <w:b/>
        </w:rPr>
        <w:t xml:space="preserve">Interner Kommentar: </w:t>
      </w:r>
      <w:r>
        <w:rPr>
          <w:b w:val="0"/>
        </w:rPr>
        <w:t>True</w:t>
        <w:br/>
      </w:r>
      <w:r>
        <w:rPr>
          <w:b/>
        </w:rPr>
        <w:t xml:space="preserve">Rechnungsjahr: </w:t>
      </w:r>
      <w:r>
        <w:rPr>
          <w:b w:val="0"/>
        </w:rPr>
        <w:t>2026</w:t>
        <w:br/>
      </w:r>
      <w:r>
        <w:rPr>
          <w:b/>
        </w:rPr>
        <w:t xml:space="preserve">Diagnose: </w:t>
      </w:r>
      <w:r>
        <w:rPr>
          <w:b w:val="0"/>
        </w:rPr>
        <w:t>ICD10 F22.0 - Paranoid-halluzinatorische Psychose</w:t>
        <w:br/>
      </w:r>
      <w:r>
        <w:rPr>
          <w:b/>
        </w:rPr>
        <w:t xml:space="preserve">Geburtstag der PatientIn: </w:t>
      </w:r>
      <w:r>
        <w:rPr>
          <w:b w:val="0"/>
        </w:rPr>
        <w:t>16.04.1980</w:t>
        <w:br/>
      </w:r>
      <w:r>
        <w:rPr>
          <w:b/>
        </w:rPr>
        <w:t xml:space="preserve">Sozialversicherungsnummer der PatientIn: </w:t>
      </w:r>
      <w:r>
        <w:rPr>
          <w:b w:val="0"/>
        </w:rPr>
        <w:t>4567 567890</w:t>
        <w:br/>
      </w:r>
      <w:r>
        <w:rPr>
          <w:b/>
        </w:rPr>
        <w:t xml:space="preserve">Datum der Zahlung: </w:t>
      </w:r>
      <w:r>
        <w:rPr>
          <w:b w:val="0"/>
        </w:rPr>
        <w:t>2026-02-22T17:58:38.093Z</w:t>
        <w:br/>
      </w:r>
      <w:r>
        <w:rPr>
          <w:b/>
        </w:rPr>
        <w:t xml:space="preserve">Sitzungen: 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Datum</w:t>
            </w:r>
          </w:p>
        </w:tc>
        <w:tc>
          <w:tcPr>
            <w:tcW w:type="dxa" w:w="2880"/>
          </w:tcPr>
          <w:p>
            <w:r>
              <w:rPr>
                <w:b/>
              </w:rPr>
              <w:t>Leistung</w:t>
            </w:r>
          </w:p>
        </w:tc>
        <w:tc>
          <w:tcPr>
            <w:tcW w:type="dxa" w:w="2880"/>
          </w:tcPr>
          <w:p>
            <w:r>
              <w:rPr>
                <w:b/>
              </w:rPr>
              <w:t>Preis</w:t>
            </w:r>
          </w:p>
        </w:tc>
      </w:tr>
      <w:tr>
        <w:tc>
          <w:tcPr>
            <w:tcW w:type="dxa" w:w="2880"/>
          </w:tcPr>
          <w:p>
            <w:r>
              <w:t>2026-02-22T17:57:01.631Z</w:t>
            </w:r>
          </w:p>
        </w:tc>
        <w:tc>
          <w:tcPr>
            <w:tcW w:type="dxa" w:w="2880"/>
          </w:tcPr>
          <w:p>
            <w:r>
              <w:t>Einzelbehandlung</w:t>
            </w:r>
          </w:p>
        </w:tc>
        <w:tc>
          <w:tcPr>
            <w:tcW w:type="dxa" w:w="2880"/>
          </w:tcPr>
          <w:p>
            <w:r>
              <w:t>150.0 €</w:t>
            </w:r>
          </w:p>
        </w:tc>
      </w:tr>
      <w:tr>
        <w:tc>
          <w:tcPr>
            <w:tcW w:type="dxa" w:w="2880"/>
          </w:tcPr>
          <w:p>
            <w:r>
              <w:t>2026-02-22T17:56:58.568Z</w:t>
            </w:r>
          </w:p>
        </w:tc>
        <w:tc>
          <w:tcPr>
            <w:tcW w:type="dxa" w:w="2880"/>
          </w:tcPr>
          <w:p>
            <w:r>
              <w:t>Psychologische Diagnostik</w:t>
            </w:r>
          </w:p>
        </w:tc>
        <w:tc>
          <w:tcPr>
            <w:tcW w:type="dxa" w:w="2880"/>
          </w:tcPr>
          <w:p>
            <w:r>
              <w:t>324.0 €</w:t>
            </w:r>
          </w:p>
        </w:tc>
      </w:tr>
      <w:tr>
        <w:tc>
          <w:tcPr>
            <w:tcW w:type="dxa" w:w="2880"/>
          </w:tcPr>
          <w:p>
            <w:r>
              <w:t>2026-02-14T23:00:00.000Z</w:t>
            </w:r>
          </w:p>
        </w:tc>
        <w:tc>
          <w:tcPr>
            <w:tcW w:type="dxa" w:w="2880"/>
          </w:tcPr>
          <w:p>
            <w:r>
              <w:t>Psychologische Diagnostik</w:t>
            </w:r>
          </w:p>
        </w:tc>
        <w:tc>
          <w:tcPr>
            <w:tcW w:type="dxa" w:w="2880"/>
          </w:tcPr>
          <w:p>
            <w:r>
              <w:t>108.0 €</w:t>
            </w:r>
          </w:p>
        </w:tc>
      </w:tr>
      <w:tr>
        <w:tc>
          <w:tcPr>
            <w:tcW w:type="dxa" w:w="2880"/>
          </w:tcPr>
          <w:p>
            <w:r>
              <w:t>2026-02-07T23:00:00.000Z</w:t>
            </w:r>
          </w:p>
        </w:tc>
        <w:tc>
          <w:tcPr>
            <w:tcW w:type="dxa" w:w="2880"/>
          </w:tcPr>
          <w:p>
            <w:r>
              <w:t>Psychologische Behandlung</w:t>
            </w:r>
          </w:p>
        </w:tc>
        <w:tc>
          <w:tcPr>
            <w:tcW w:type="dxa" w:w="2880"/>
          </w:tcPr>
          <w:p>
            <w:r>
              <w:t>160.0 €</w:t>
            </w:r>
          </w:p>
        </w:tc>
      </w:tr>
      <w:tr>
        <w:tc>
          <w:tcPr>
            <w:tcW w:type="dxa" w:w="2880"/>
          </w:tcPr>
          <w:p>
            <w:r>
              <w:t>2026-01-31T23:00:00.000Z</w:t>
            </w:r>
          </w:p>
        </w:tc>
        <w:tc>
          <w:tcPr>
            <w:tcW w:type="dxa" w:w="2880"/>
          </w:tcPr>
          <w:p>
            <w:r>
              <w:t>Anamnesegespräch</w:t>
            </w:r>
          </w:p>
        </w:tc>
        <w:tc>
          <w:tcPr>
            <w:tcW w:type="dxa" w:w="2880"/>
          </w:tcPr>
          <w:p>
            <w:r>
              <w:t>100.0 €</w:t>
            </w:r>
          </w:p>
        </w:tc>
      </w:tr>
    </w:tbl>
    <w:p>
      <w:r>
        <w:rPr>
          <w:b/>
          <w:u w:val="double"/>
        </w:rPr>
        <w:t>Gesamt: 842.0 €</w:t>
      </w:r>
    </w:p>
    <w:p>
      <w:pPr>
        <w:pStyle w:val="Heading2"/>
      </w:pPr>
      <w:r>
        <w:t>Rechnung 3 am 2026-02-22T17:58:34.041Z</w:t>
      </w:r>
    </w:p>
    <w:p>
      <w:r>
        <w:rPr>
          <w:b/>
        </w:rPr>
        <w:t xml:space="preserve">Adresse der PatientIn: </w:t>
      </w:r>
      <w:r>
        <w:rPr>
          <w:b w:val="0"/>
        </w:rPr>
        <w:t>Erika Musterfrau</w:t>
        <w:br/>
        <w:t>Musterstrasse 3a</w:t>
        <w:br/>
        <w:t>1234 Musterhausen</w:t>
        <w:br/>
      </w:r>
      <w:r>
        <w:rPr>
          <w:b/>
        </w:rPr>
        <w:t xml:space="preserve">Rechnungstext: </w:t>
      </w:r>
      <w:r>
        <w:rPr>
          <w:b w:val="0"/>
        </w:rPr>
        <w:t>Diese Leistung ist gemäß § 6 Abs. 1 Z 19 UStG steuerbefreit.</w:t>
        <w:br/>
      </w:r>
      <w:r>
        <w:rPr>
          <w:b/>
        </w:rPr>
        <w:t xml:space="preserve">Bezahlt: </w:t>
      </w:r>
      <w:r>
        <w:rPr>
          <w:b w:val="0"/>
        </w:rPr>
        <w:t>True</w:t>
        <w:br/>
      </w:r>
      <w:r>
        <w:rPr>
          <w:b/>
        </w:rPr>
        <w:t xml:space="preserve">Interner Kommentar: </w:t>
      </w:r>
      <w:r>
        <w:rPr>
          <w:b w:val="0"/>
        </w:rPr>
        <w:t>False</w:t>
        <w:br/>
      </w:r>
      <w:r>
        <w:rPr>
          <w:b/>
        </w:rPr>
        <w:t xml:space="preserve">Rechnungsjahr: </w:t>
      </w:r>
      <w:r>
        <w:rPr>
          <w:b w:val="0"/>
        </w:rPr>
        <w:t>2026</w:t>
        <w:br/>
      </w:r>
      <w:r>
        <w:rPr>
          <w:b/>
        </w:rPr>
        <w:t xml:space="preserve">Diagnose: </w:t>
      </w:r>
      <w:r>
        <w:rPr>
          <w:b w:val="0"/>
        </w:rPr>
        <w:t>ICD10 F22.0 - Paranoid-halluzinatorische Psychose</w:t>
        <w:br/>
      </w:r>
      <w:r>
        <w:rPr>
          <w:b/>
        </w:rPr>
        <w:t xml:space="preserve">Geburtstag der PatientIn: </w:t>
      </w:r>
      <w:r>
        <w:rPr>
          <w:b w:val="0"/>
        </w:rPr>
        <w:t>16.04.1980</w:t>
        <w:br/>
      </w:r>
      <w:r>
        <w:rPr>
          <w:b/>
        </w:rPr>
        <w:t xml:space="preserve">Sozialversicherungsnummer der PatientIn: </w:t>
      </w:r>
      <w:r>
        <w:rPr>
          <w:b w:val="0"/>
        </w:rPr>
        <w:t>4567 567890</w:t>
        <w:br/>
      </w:r>
      <w:r>
        <w:rPr>
          <w:b/>
        </w:rPr>
        <w:t xml:space="preserve">Datum der Zahlung: </w:t>
      </w:r>
      <w:r>
        <w:rPr>
          <w:b w:val="0"/>
        </w:rPr>
        <w:t>2026-02-22T17:58:35.256Z</w:t>
        <w:br/>
      </w:r>
      <w:r>
        <w:rPr>
          <w:b/>
        </w:rPr>
        <w:t xml:space="preserve">Sitzungen: 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Datum</w:t>
            </w:r>
          </w:p>
        </w:tc>
        <w:tc>
          <w:tcPr>
            <w:tcW w:type="dxa" w:w="2880"/>
          </w:tcPr>
          <w:p>
            <w:r>
              <w:rPr>
                <w:b/>
              </w:rPr>
              <w:t>Leistung</w:t>
            </w:r>
          </w:p>
        </w:tc>
        <w:tc>
          <w:tcPr>
            <w:tcW w:type="dxa" w:w="2880"/>
          </w:tcPr>
          <w:p>
            <w:r>
              <w:rPr>
                <w:b/>
              </w:rPr>
              <w:t>Preis</w:t>
            </w:r>
          </w:p>
        </w:tc>
      </w:tr>
      <w:tr>
        <w:tc>
          <w:tcPr>
            <w:tcW w:type="dxa" w:w="2880"/>
          </w:tcPr>
          <w:p>
            <w:r>
              <w:t>2026-02-22T17:57:01.631Z</w:t>
            </w:r>
          </w:p>
        </w:tc>
        <w:tc>
          <w:tcPr>
            <w:tcW w:type="dxa" w:w="2880"/>
          </w:tcPr>
          <w:p>
            <w:r>
              <w:t>Einzelbehandlung</w:t>
            </w:r>
          </w:p>
        </w:tc>
        <w:tc>
          <w:tcPr>
            <w:tcW w:type="dxa" w:w="2880"/>
          </w:tcPr>
          <w:p>
            <w:r>
              <w:t>150.0 €</w:t>
            </w:r>
          </w:p>
        </w:tc>
      </w:tr>
      <w:tr>
        <w:tc>
          <w:tcPr>
            <w:tcW w:type="dxa" w:w="2880"/>
          </w:tcPr>
          <w:p>
            <w:r>
              <w:t>2026-02-22T17:56:58.568Z</w:t>
            </w:r>
          </w:p>
        </w:tc>
        <w:tc>
          <w:tcPr>
            <w:tcW w:type="dxa" w:w="2880"/>
          </w:tcPr>
          <w:p>
            <w:r>
              <w:t>Psychologische Diagnostik</w:t>
            </w:r>
          </w:p>
        </w:tc>
        <w:tc>
          <w:tcPr>
            <w:tcW w:type="dxa" w:w="2880"/>
          </w:tcPr>
          <w:p>
            <w:r>
              <w:t>324.0 €</w:t>
            </w:r>
          </w:p>
        </w:tc>
      </w:tr>
      <w:tr>
        <w:tc>
          <w:tcPr>
            <w:tcW w:type="dxa" w:w="2880"/>
          </w:tcPr>
          <w:p>
            <w:r>
              <w:t>2026-02-14T23:00:00.000Z</w:t>
            </w:r>
          </w:p>
        </w:tc>
        <w:tc>
          <w:tcPr>
            <w:tcW w:type="dxa" w:w="2880"/>
          </w:tcPr>
          <w:p>
            <w:r>
              <w:t>Psychologische Diagnostik</w:t>
            </w:r>
          </w:p>
        </w:tc>
        <w:tc>
          <w:tcPr>
            <w:tcW w:type="dxa" w:w="2880"/>
          </w:tcPr>
          <w:p>
            <w:r>
              <w:t>108.0 €</w:t>
            </w:r>
          </w:p>
        </w:tc>
      </w:tr>
      <w:tr>
        <w:tc>
          <w:tcPr>
            <w:tcW w:type="dxa" w:w="2880"/>
          </w:tcPr>
          <w:p>
            <w:r>
              <w:t>2026-02-07T23:00:00.000Z</w:t>
            </w:r>
          </w:p>
        </w:tc>
        <w:tc>
          <w:tcPr>
            <w:tcW w:type="dxa" w:w="2880"/>
          </w:tcPr>
          <w:p>
            <w:r>
              <w:t>Psychologische Behandlung</w:t>
            </w:r>
          </w:p>
        </w:tc>
        <w:tc>
          <w:tcPr>
            <w:tcW w:type="dxa" w:w="2880"/>
          </w:tcPr>
          <w:p>
            <w:r>
              <w:t>160.0 €</w:t>
            </w:r>
          </w:p>
        </w:tc>
      </w:tr>
      <w:tr>
        <w:tc>
          <w:tcPr>
            <w:tcW w:type="dxa" w:w="2880"/>
          </w:tcPr>
          <w:p>
            <w:r>
              <w:t>2026-01-31T23:00:00.000Z</w:t>
            </w:r>
          </w:p>
        </w:tc>
        <w:tc>
          <w:tcPr>
            <w:tcW w:type="dxa" w:w="2880"/>
          </w:tcPr>
          <w:p>
            <w:r>
              <w:t>Anamnesegespräch</w:t>
            </w:r>
          </w:p>
        </w:tc>
        <w:tc>
          <w:tcPr>
            <w:tcW w:type="dxa" w:w="2880"/>
          </w:tcPr>
          <w:p>
            <w:r>
              <w:t>100.0 €</w:t>
            </w:r>
          </w:p>
        </w:tc>
      </w:tr>
    </w:tbl>
    <w:p>
      <w:r>
        <w:rPr>
          <w:b/>
          <w:u w:val="double"/>
        </w:rPr>
        <w:t>Gesamt: 842.0 €</w:t>
      </w:r>
    </w:p>
    <w:p>
      <w:pPr>
        <w:pStyle w:val="Heading2"/>
      </w:pPr>
      <w:r>
        <w:t>Rechnung 1 am 2026-02-22T18:57:00.11Z</w:t>
      </w:r>
    </w:p>
    <w:p>
      <w:r>
        <w:rPr>
          <w:b/>
        </w:rPr>
        <w:t xml:space="preserve">Adresse der PatientIn: </w:t>
      </w:r>
      <w:r>
        <w:rPr>
          <w:b w:val="0"/>
        </w:rPr>
        <w:t>Erika Musterfrau</w:t>
        <w:br/>
        <w:t>Musterstrasse 3a</w:t>
        <w:br/>
        <w:t>1234 Musterhausen</w:t>
        <w:br/>
        <w:t>Österreich</w:t>
        <w:br/>
      </w:r>
      <w:r>
        <w:rPr>
          <w:b/>
        </w:rPr>
        <w:t xml:space="preserve">Bezahlt: </w:t>
      </w:r>
      <w:r>
        <w:rPr>
          <w:b w:val="0"/>
        </w:rPr>
        <w:t>False</w:t>
        <w:br/>
      </w:r>
      <w:r>
        <w:rPr>
          <w:b/>
        </w:rPr>
        <w:t xml:space="preserve">Interner Kommentar: </w:t>
      </w:r>
      <w:r>
        <w:rPr>
          <w:b w:val="0"/>
        </w:rPr>
        <w:t>False</w:t>
        <w:br/>
      </w:r>
      <w:r>
        <w:rPr>
          <w:b/>
        </w:rPr>
        <w:t xml:space="preserve">Rechnungsjahr: </w:t>
      </w:r>
      <w:r>
        <w:rPr>
          <w:b w:val="0"/>
        </w:rPr>
        <w:t>2026</w:t>
        <w:br/>
      </w:r>
      <w:r>
        <w:rPr>
          <w:b/>
        </w:rPr>
        <w:t xml:space="preserve">Diagnose: </w:t>
      </w:r>
      <w:r>
        <w:rPr>
          <w:b w:val="0"/>
        </w:rPr>
        <w:t>ICD10 F22.0 - Paranoid-halluzinatorische Psychose</w:t>
        <w:br/>
      </w:r>
      <w:r>
        <w:rPr>
          <w:b/>
        </w:rPr>
        <w:t xml:space="preserve">Geburtstag der PatientIn: </w:t>
      </w:r>
      <w:r>
        <w:rPr>
          <w:b w:val="0"/>
        </w:rPr>
        <w:t>16.04.1980</w:t>
        <w:br/>
      </w:r>
      <w:r>
        <w:rPr>
          <w:b/>
        </w:rPr>
        <w:t xml:space="preserve">Sozialversicherungsnummer der PatientIn: </w:t>
      </w:r>
      <w:r>
        <w:rPr>
          <w:b w:val="0"/>
        </w:rPr>
        <w:t>4567 567890</w:t>
        <w:br/>
      </w:r>
      <w:r>
        <w:rPr>
          <w:b/>
        </w:rPr>
        <w:t xml:space="preserve">E-Mail gesendet am: </w:t>
      </w:r>
      <w:r>
        <w:rPr>
          <w:b w:val="0"/>
        </w:rPr>
        <w:t>22.02.2026 18:57:00</w:t>
        <w:br/>
      </w:r>
      <w:r>
        <w:rPr>
          <w:b/>
        </w:rPr>
        <w:t xml:space="preserve">Sitzungen: 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Datum</w:t>
            </w:r>
          </w:p>
        </w:tc>
        <w:tc>
          <w:tcPr>
            <w:tcW w:type="dxa" w:w="2880"/>
          </w:tcPr>
          <w:p>
            <w:r>
              <w:rPr>
                <w:b/>
              </w:rPr>
              <w:t>Leistung</w:t>
            </w:r>
          </w:p>
        </w:tc>
        <w:tc>
          <w:tcPr>
            <w:tcW w:type="dxa" w:w="2880"/>
          </w:tcPr>
          <w:p>
            <w:r>
              <w:rPr>
                <w:b/>
              </w:rPr>
              <w:t>Preis</w:t>
            </w:r>
          </w:p>
        </w:tc>
      </w:tr>
      <w:tr>
        <w:tc>
          <w:tcPr>
            <w:tcW w:type="dxa" w:w="2880"/>
          </w:tcPr>
          <w:p>
            <w:r>
              <w:t>2026-02-22T17:56:58.568Z</w:t>
            </w:r>
          </w:p>
        </w:tc>
        <w:tc>
          <w:tcPr>
            <w:tcW w:type="dxa" w:w="2880"/>
          </w:tcPr>
          <w:p>
            <w:r>
              <w:t>Psychologische Diagnostik</w:t>
            </w:r>
          </w:p>
        </w:tc>
        <w:tc>
          <w:tcPr>
            <w:tcW w:type="dxa" w:w="2880"/>
          </w:tcPr>
          <w:p>
            <w:r>
              <w:t>324.0 €</w:t>
            </w:r>
          </w:p>
        </w:tc>
      </w:tr>
    </w:tbl>
    <w:p>
      <w:r>
        <w:rPr>
          <w:b/>
          <w:u w:val="double"/>
        </w:rPr>
        <w:t>Gesamt: 324.0 €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